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1648" w14:textId="77777777" w:rsidR="0065164B" w:rsidRDefault="004A3C10">
      <w:pPr>
        <w:spacing w:after="0"/>
        <w:jc w:val="right"/>
      </w:pPr>
      <w:r>
        <w:rPr>
          <w:noProof/>
        </w:rPr>
        <w:drawing>
          <wp:inline distT="0" distB="0" distL="0" distR="0" wp14:anchorId="39FF0DDF" wp14:editId="08C3EA4C">
            <wp:extent cx="1024128" cy="1155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oie_logo.jpeg"/>
                    <pic:cNvPicPr/>
                  </pic:nvPicPr>
                  <pic:blipFill>
                    <a:blip r:embed="rId8"/>
                    <a:stretch>
                      <a:fillRect/>
                    </a:stretch>
                  </pic:blipFill>
                  <pic:spPr>
                    <a:xfrm>
                      <a:off x="0" y="0"/>
                      <a:ext cx="1024128" cy="1155297"/>
                    </a:xfrm>
                    <a:prstGeom prst="rect">
                      <a:avLst/>
                    </a:prstGeom>
                  </pic:spPr>
                </pic:pic>
              </a:graphicData>
            </a:graphic>
          </wp:inline>
        </w:drawing>
      </w:r>
    </w:p>
    <w:p w14:paraId="70227A35" w14:textId="77777777" w:rsidR="0065164B" w:rsidRDefault="004A3C10">
      <w:pPr>
        <w:spacing w:after="40"/>
        <w:jc w:val="center"/>
      </w:pPr>
      <w:r>
        <w:rPr>
          <w:b/>
          <w:color w:val="17365D"/>
          <w:sz w:val="44"/>
        </w:rPr>
        <w:t>NASOIE 2027 Annual Meeting</w:t>
      </w:r>
    </w:p>
    <w:p w14:paraId="75B729FA" w14:textId="77777777" w:rsidR="0065164B" w:rsidRDefault="004A3C10">
      <w:pPr>
        <w:spacing w:after="40"/>
        <w:jc w:val="center"/>
      </w:pPr>
      <w:r>
        <w:rPr>
          <w:b/>
          <w:color w:val="17365D"/>
          <w:sz w:val="36"/>
        </w:rPr>
        <w:t>Sponsor &amp; Exhibitor Prospectus</w:t>
      </w:r>
    </w:p>
    <w:p w14:paraId="0ED25D3A" w14:textId="77777777" w:rsidR="0065164B" w:rsidRDefault="004A3C10">
      <w:pPr>
        <w:spacing w:after="0"/>
        <w:jc w:val="center"/>
      </w:pPr>
      <w:r>
        <w:rPr>
          <w:i/>
          <w:color w:val="444444"/>
          <w:sz w:val="24"/>
        </w:rPr>
        <w:t>Practical Advances in Thyroid &amp; Interventional Endocrinology</w:t>
      </w:r>
    </w:p>
    <w:p w14:paraId="374F21DC" w14:textId="77777777" w:rsidR="0065164B" w:rsidRDefault="004A3C10">
      <w:pPr>
        <w:spacing w:after="0"/>
        <w:jc w:val="center"/>
      </w:pPr>
      <w:r>
        <w:rPr>
          <w:b/>
          <w:sz w:val="22"/>
        </w:rPr>
        <w:t>February 20-21, 2027</w:t>
      </w:r>
    </w:p>
    <w:p w14:paraId="71D2B9B4" w14:textId="77777777" w:rsidR="0065164B" w:rsidRDefault="004A3C10">
      <w:pPr>
        <w:spacing w:after="0"/>
        <w:jc w:val="center"/>
      </w:pPr>
      <w:r>
        <w:t>Hilton Santa Barbara Beachfront Resort</w:t>
      </w:r>
      <w:r>
        <w:br/>
        <w:t>633 East Cabrillo Boulevard</w:t>
      </w:r>
      <w:r>
        <w:br/>
        <w:t>Santa Barbara, CA 93103</w:t>
      </w:r>
    </w:p>
    <w:p w14:paraId="3C2B24DA" w14:textId="77777777" w:rsidR="0065164B" w:rsidRDefault="004A3C10">
      <w:pPr>
        <w:pStyle w:val="Heading1"/>
      </w:pPr>
      <w:r>
        <w:t>Invitation to Industry Partners</w:t>
      </w:r>
    </w:p>
    <w:p w14:paraId="5E319FC7" w14:textId="77777777" w:rsidR="0065164B" w:rsidRDefault="004A3C10">
      <w:pPr>
        <w:pStyle w:val="BodyText"/>
      </w:pPr>
      <w:r>
        <w:t>Dear Industry Colleagues,</w:t>
      </w:r>
    </w:p>
    <w:p w14:paraId="30CB744E" w14:textId="77777777" w:rsidR="0065164B" w:rsidRDefault="004A3C10">
      <w:pPr>
        <w:pStyle w:val="BodyText"/>
        <w:spacing w:after="40"/>
      </w:pPr>
      <w:r>
        <w:t>On behalf of the North American Society of Interventional Endocrinologists, we invite your support and participation in the NASOIE 2027 Annual Meeting, Practical Advances in Thyroid &amp; Interventional Endocrinology, taking place February 20-21, 2027, at the Hilton Santa Barbara Beachfront Resort in Santa Barbara, California.</w:t>
      </w:r>
    </w:p>
    <w:p w14:paraId="0839941B" w14:textId="77777777" w:rsidR="0065164B" w:rsidRDefault="004A3C10">
      <w:pPr>
        <w:pStyle w:val="BodyText"/>
      </w:pPr>
      <w:r>
        <w:t>NASOIE brings together endocrinologists, endocrine surgeons, radiologists, interventional radiologists, trainees, advanced practice providers, and other clinicians with a shared interest in thyroid disease, procedural endocrinology, image-guided therapies, and multidisciplinary thyroid care.</w:t>
      </w:r>
    </w:p>
    <w:p w14:paraId="23F37307" w14:textId="77777777" w:rsidR="0065164B" w:rsidRDefault="004A3C10">
      <w:pPr>
        <w:pStyle w:val="BodyText"/>
      </w:pPr>
      <w:r>
        <w:t>Industry partnership is an important part of this meeting's success. Sponsorship support helps NASOIE deliver a high-quality program, provide meaningful opportunities for attendee engagement, and support the continued growth of interventional endocrinology.</w:t>
      </w:r>
    </w:p>
    <w:p w14:paraId="4D909541" w14:textId="77777777" w:rsidR="0065164B" w:rsidRDefault="004A3C10">
      <w:pPr>
        <w:pStyle w:val="BodyText"/>
      </w:pPr>
      <w:r>
        <w:t>We invite you to review the sponsorship and exhibitor opportunities below. Space is limited and will be available on a first-come, first-served basis.</w:t>
      </w:r>
    </w:p>
    <w:p w14:paraId="3EBAC3EB" w14:textId="77777777" w:rsidR="0065164B" w:rsidRDefault="004A3C10">
      <w:pPr>
        <w:pStyle w:val="Heading1"/>
      </w:pPr>
      <w:r>
        <w:t>Meeting Overview</w:t>
      </w:r>
    </w:p>
    <w:tbl>
      <w:tblPr>
        <w:tblW w:w="9360" w:type="dxa"/>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60" w:type="dxa"/>
          <w:left w:w="90" w:type="dxa"/>
          <w:bottom w:w="60" w:type="dxa"/>
          <w:right w:w="90" w:type="dxa"/>
        </w:tblCellMar>
        <w:tblLook w:val="04A0" w:firstRow="1" w:lastRow="0" w:firstColumn="1" w:lastColumn="0" w:noHBand="0" w:noVBand="1"/>
      </w:tblPr>
      <w:tblGrid>
        <w:gridCol w:w="1944"/>
        <w:gridCol w:w="7416"/>
      </w:tblGrid>
      <w:tr w:rsidR="0065164B" w14:paraId="602564E3" w14:textId="77777777">
        <w:tc>
          <w:tcPr>
            <w:tcW w:w="1944" w:type="dxa"/>
            <w:shd w:val="clear" w:color="auto" w:fill="EAF2F8"/>
            <w:tcMar>
              <w:top w:w="80" w:type="dxa"/>
              <w:left w:w="90" w:type="dxa"/>
              <w:bottom w:w="80" w:type="dxa"/>
              <w:right w:w="90" w:type="dxa"/>
            </w:tcMar>
            <w:vAlign w:val="center"/>
          </w:tcPr>
          <w:p w14:paraId="1DFAD807" w14:textId="77777777" w:rsidR="0065164B" w:rsidRDefault="004A3C10">
            <w:pPr>
              <w:spacing w:after="0" w:line="240" w:lineRule="auto"/>
            </w:pPr>
            <w:r>
              <w:rPr>
                <w:b/>
                <w:sz w:val="18"/>
              </w:rPr>
              <w:t>Meeting</w:t>
            </w:r>
          </w:p>
        </w:tc>
        <w:tc>
          <w:tcPr>
            <w:tcW w:w="7416" w:type="dxa"/>
            <w:tcMar>
              <w:top w:w="80" w:type="dxa"/>
              <w:left w:w="90" w:type="dxa"/>
              <w:bottom w:w="80" w:type="dxa"/>
              <w:right w:w="90" w:type="dxa"/>
            </w:tcMar>
            <w:vAlign w:val="center"/>
          </w:tcPr>
          <w:p w14:paraId="3B3E4D39" w14:textId="77777777" w:rsidR="0065164B" w:rsidRDefault="004A3C10">
            <w:pPr>
              <w:spacing w:after="0" w:line="240" w:lineRule="auto"/>
            </w:pPr>
            <w:r>
              <w:rPr>
                <w:sz w:val="18"/>
              </w:rPr>
              <w:t>NASOIE 2027 Annual Meeting</w:t>
            </w:r>
          </w:p>
        </w:tc>
      </w:tr>
      <w:tr w:rsidR="0065164B" w14:paraId="55982334" w14:textId="77777777">
        <w:tc>
          <w:tcPr>
            <w:tcW w:w="1944" w:type="dxa"/>
            <w:shd w:val="clear" w:color="auto" w:fill="EAF2F8"/>
            <w:tcMar>
              <w:top w:w="80" w:type="dxa"/>
              <w:left w:w="90" w:type="dxa"/>
              <w:bottom w:w="80" w:type="dxa"/>
              <w:right w:w="90" w:type="dxa"/>
            </w:tcMar>
            <w:vAlign w:val="center"/>
          </w:tcPr>
          <w:p w14:paraId="159C48DC" w14:textId="77777777" w:rsidR="0065164B" w:rsidRDefault="004A3C10">
            <w:pPr>
              <w:spacing w:after="0" w:line="240" w:lineRule="auto"/>
            </w:pPr>
            <w:r>
              <w:rPr>
                <w:b/>
                <w:sz w:val="18"/>
              </w:rPr>
              <w:t>Theme</w:t>
            </w:r>
          </w:p>
        </w:tc>
        <w:tc>
          <w:tcPr>
            <w:tcW w:w="7416" w:type="dxa"/>
            <w:tcMar>
              <w:top w:w="80" w:type="dxa"/>
              <w:left w:w="90" w:type="dxa"/>
              <w:bottom w:w="80" w:type="dxa"/>
              <w:right w:w="90" w:type="dxa"/>
            </w:tcMar>
            <w:vAlign w:val="center"/>
          </w:tcPr>
          <w:p w14:paraId="27A3E515" w14:textId="77777777" w:rsidR="0065164B" w:rsidRDefault="004A3C10">
            <w:pPr>
              <w:spacing w:after="0" w:line="240" w:lineRule="auto"/>
            </w:pPr>
            <w:r>
              <w:rPr>
                <w:sz w:val="18"/>
              </w:rPr>
              <w:t>Practical Advances in Thyroid &amp; Interventional Endocrinology</w:t>
            </w:r>
          </w:p>
        </w:tc>
      </w:tr>
      <w:tr w:rsidR="0065164B" w14:paraId="33287A0E" w14:textId="77777777">
        <w:tc>
          <w:tcPr>
            <w:tcW w:w="1944" w:type="dxa"/>
            <w:shd w:val="clear" w:color="auto" w:fill="EAF2F8"/>
            <w:tcMar>
              <w:top w:w="80" w:type="dxa"/>
              <w:left w:w="90" w:type="dxa"/>
              <w:bottom w:w="80" w:type="dxa"/>
              <w:right w:w="90" w:type="dxa"/>
            </w:tcMar>
            <w:vAlign w:val="center"/>
          </w:tcPr>
          <w:p w14:paraId="488B7428" w14:textId="77777777" w:rsidR="0065164B" w:rsidRDefault="004A3C10">
            <w:pPr>
              <w:spacing w:after="0" w:line="240" w:lineRule="auto"/>
            </w:pPr>
            <w:r>
              <w:rPr>
                <w:b/>
                <w:sz w:val="18"/>
              </w:rPr>
              <w:t>Dates</w:t>
            </w:r>
          </w:p>
        </w:tc>
        <w:tc>
          <w:tcPr>
            <w:tcW w:w="7416" w:type="dxa"/>
            <w:tcMar>
              <w:top w:w="80" w:type="dxa"/>
              <w:left w:w="90" w:type="dxa"/>
              <w:bottom w:w="80" w:type="dxa"/>
              <w:right w:w="90" w:type="dxa"/>
            </w:tcMar>
            <w:vAlign w:val="center"/>
          </w:tcPr>
          <w:p w14:paraId="28F3FC72" w14:textId="77777777" w:rsidR="0065164B" w:rsidRDefault="004A3C10">
            <w:pPr>
              <w:spacing w:after="0" w:line="240" w:lineRule="auto"/>
            </w:pPr>
            <w:r>
              <w:rPr>
                <w:sz w:val="18"/>
              </w:rPr>
              <w:t>February 20-21, 2027</w:t>
            </w:r>
          </w:p>
        </w:tc>
      </w:tr>
      <w:tr w:rsidR="0065164B" w14:paraId="641068A0" w14:textId="77777777">
        <w:tc>
          <w:tcPr>
            <w:tcW w:w="1944" w:type="dxa"/>
            <w:shd w:val="clear" w:color="auto" w:fill="EAF2F8"/>
            <w:tcMar>
              <w:top w:w="80" w:type="dxa"/>
              <w:left w:w="90" w:type="dxa"/>
              <w:bottom w:w="80" w:type="dxa"/>
              <w:right w:w="90" w:type="dxa"/>
            </w:tcMar>
            <w:vAlign w:val="center"/>
          </w:tcPr>
          <w:p w14:paraId="32DF405B" w14:textId="77777777" w:rsidR="0065164B" w:rsidRDefault="004A3C10">
            <w:pPr>
              <w:spacing w:after="0" w:line="240" w:lineRule="auto"/>
            </w:pPr>
            <w:r>
              <w:rPr>
                <w:b/>
                <w:sz w:val="18"/>
              </w:rPr>
              <w:t>Location</w:t>
            </w:r>
          </w:p>
        </w:tc>
        <w:tc>
          <w:tcPr>
            <w:tcW w:w="7416" w:type="dxa"/>
            <w:tcMar>
              <w:top w:w="80" w:type="dxa"/>
              <w:left w:w="90" w:type="dxa"/>
              <w:bottom w:w="80" w:type="dxa"/>
              <w:right w:w="90" w:type="dxa"/>
            </w:tcMar>
            <w:vAlign w:val="center"/>
          </w:tcPr>
          <w:p w14:paraId="39B4B1A9" w14:textId="77777777" w:rsidR="0065164B" w:rsidRDefault="004A3C10">
            <w:pPr>
              <w:spacing w:after="0" w:line="240" w:lineRule="auto"/>
            </w:pPr>
            <w:r>
              <w:rPr>
                <w:sz w:val="18"/>
              </w:rPr>
              <w:t>Hilton Santa Barbara Beachfront Resort, Santa Barbara, California</w:t>
            </w:r>
          </w:p>
        </w:tc>
      </w:tr>
      <w:tr w:rsidR="0065164B" w14:paraId="3264DF20" w14:textId="77777777">
        <w:tc>
          <w:tcPr>
            <w:tcW w:w="1944" w:type="dxa"/>
            <w:shd w:val="clear" w:color="auto" w:fill="EAF2F8"/>
            <w:tcMar>
              <w:top w:w="80" w:type="dxa"/>
              <w:left w:w="90" w:type="dxa"/>
              <w:bottom w:w="80" w:type="dxa"/>
              <w:right w:w="90" w:type="dxa"/>
            </w:tcMar>
            <w:vAlign w:val="center"/>
          </w:tcPr>
          <w:p w14:paraId="648A9FDC" w14:textId="77777777" w:rsidR="0065164B" w:rsidRDefault="004A3C10">
            <w:pPr>
              <w:spacing w:after="0" w:line="240" w:lineRule="auto"/>
            </w:pPr>
            <w:r>
              <w:rPr>
                <w:b/>
                <w:sz w:val="18"/>
              </w:rPr>
              <w:t>Audience</w:t>
            </w:r>
          </w:p>
        </w:tc>
        <w:tc>
          <w:tcPr>
            <w:tcW w:w="7416" w:type="dxa"/>
            <w:tcMar>
              <w:top w:w="80" w:type="dxa"/>
              <w:left w:w="90" w:type="dxa"/>
              <w:bottom w:w="80" w:type="dxa"/>
              <w:right w:w="90" w:type="dxa"/>
            </w:tcMar>
            <w:vAlign w:val="center"/>
          </w:tcPr>
          <w:p w14:paraId="35239DAE" w14:textId="77777777" w:rsidR="0065164B" w:rsidRDefault="004A3C10">
            <w:pPr>
              <w:spacing w:after="0" w:line="240" w:lineRule="auto"/>
            </w:pPr>
            <w:r>
              <w:rPr>
                <w:sz w:val="18"/>
              </w:rPr>
              <w:t>Endocrinologists, endocrine surgeons, radiologists, interventional radiologists, trainees, advanced practice providers, and allied healthcare professionals involved in thyroid and interventional endocrine care.</w:t>
            </w:r>
          </w:p>
        </w:tc>
      </w:tr>
    </w:tbl>
    <w:p w14:paraId="62D089F7" w14:textId="77777777" w:rsidR="0065164B" w:rsidRDefault="004A3C10">
      <w:pPr>
        <w:pStyle w:val="BodyText"/>
      </w:pPr>
      <w:r>
        <w:t>A preliminary meeting agenda is included below. Agenda, speakers, session titles, and times are subject to change.</w:t>
      </w:r>
    </w:p>
    <w:p w14:paraId="7549C389" w14:textId="77777777" w:rsidR="0065164B" w:rsidRDefault="004A3C10">
      <w:pPr>
        <w:pStyle w:val="Heading1"/>
      </w:pPr>
      <w:r>
        <w:t>Sponsorship Opportunities</w:t>
      </w:r>
    </w:p>
    <w:tbl>
      <w:tblPr>
        <w:tblW w:w="9360" w:type="dxa"/>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ayout w:type="fixed"/>
        <w:tblCellMar>
          <w:top w:w="60" w:type="dxa"/>
          <w:left w:w="90" w:type="dxa"/>
          <w:bottom w:w="60" w:type="dxa"/>
          <w:right w:w="90" w:type="dxa"/>
        </w:tblCellMar>
        <w:tblLook w:val="04A0" w:firstRow="1" w:lastRow="0" w:firstColumn="1" w:lastColumn="0" w:noHBand="0" w:noVBand="1"/>
      </w:tblPr>
      <w:tblGrid>
        <w:gridCol w:w="1944"/>
        <w:gridCol w:w="4896"/>
        <w:gridCol w:w="2520"/>
      </w:tblGrid>
      <w:tr w:rsidR="0065164B" w14:paraId="0E19C430" w14:textId="77777777">
        <w:trPr>
          <w:tblHeader/>
        </w:trPr>
        <w:tc>
          <w:tcPr>
            <w:tcW w:w="1944" w:type="dxa"/>
            <w:shd w:val="clear" w:color="auto" w:fill="17365D"/>
            <w:tcMar>
              <w:top w:w="80" w:type="dxa"/>
              <w:left w:w="90" w:type="dxa"/>
              <w:bottom w:w="80" w:type="dxa"/>
              <w:right w:w="90" w:type="dxa"/>
            </w:tcMar>
            <w:vAlign w:val="center"/>
          </w:tcPr>
          <w:p w14:paraId="29DF53CF" w14:textId="77777777" w:rsidR="0065164B" w:rsidRDefault="004A3C10">
            <w:pPr>
              <w:spacing w:after="0" w:line="240" w:lineRule="auto"/>
              <w:jc w:val="center"/>
            </w:pPr>
            <w:r>
              <w:rPr>
                <w:b/>
                <w:color w:val="FFFFFF"/>
              </w:rPr>
              <w:t>Level</w:t>
            </w:r>
          </w:p>
        </w:tc>
        <w:tc>
          <w:tcPr>
            <w:tcW w:w="4896" w:type="dxa"/>
            <w:shd w:val="clear" w:color="auto" w:fill="17365D"/>
            <w:tcMar>
              <w:top w:w="80" w:type="dxa"/>
              <w:left w:w="90" w:type="dxa"/>
              <w:bottom w:w="80" w:type="dxa"/>
              <w:right w:w="90" w:type="dxa"/>
            </w:tcMar>
            <w:vAlign w:val="center"/>
          </w:tcPr>
          <w:p w14:paraId="779EFB8C" w14:textId="77777777" w:rsidR="0065164B" w:rsidRDefault="004A3C10">
            <w:pPr>
              <w:spacing w:after="0" w:line="240" w:lineRule="auto"/>
              <w:jc w:val="center"/>
            </w:pPr>
            <w:r>
              <w:rPr>
                <w:b/>
                <w:color w:val="FFFFFF"/>
              </w:rPr>
              <w:t>Opportunity</w:t>
            </w:r>
          </w:p>
        </w:tc>
        <w:tc>
          <w:tcPr>
            <w:tcW w:w="2520" w:type="dxa"/>
            <w:shd w:val="clear" w:color="auto" w:fill="17365D"/>
            <w:tcMar>
              <w:top w:w="80" w:type="dxa"/>
              <w:left w:w="90" w:type="dxa"/>
              <w:bottom w:w="80" w:type="dxa"/>
              <w:right w:w="90" w:type="dxa"/>
            </w:tcMar>
            <w:vAlign w:val="center"/>
          </w:tcPr>
          <w:p w14:paraId="29251169" w14:textId="77777777" w:rsidR="0065164B" w:rsidRDefault="004A3C10">
            <w:pPr>
              <w:spacing w:after="0" w:line="240" w:lineRule="auto"/>
              <w:jc w:val="center"/>
            </w:pPr>
            <w:r>
              <w:rPr>
                <w:b/>
                <w:color w:val="FFFFFF"/>
              </w:rPr>
              <w:t>Fee</w:t>
            </w:r>
          </w:p>
        </w:tc>
      </w:tr>
      <w:tr w:rsidR="0065164B" w14:paraId="685D5856" w14:textId="77777777">
        <w:tc>
          <w:tcPr>
            <w:tcW w:w="1944" w:type="dxa"/>
            <w:shd w:val="clear" w:color="auto" w:fill="F2F2F2"/>
            <w:tcMar>
              <w:top w:w="80" w:type="dxa"/>
              <w:left w:w="90" w:type="dxa"/>
              <w:bottom w:w="80" w:type="dxa"/>
              <w:right w:w="90" w:type="dxa"/>
            </w:tcMar>
            <w:vAlign w:val="center"/>
          </w:tcPr>
          <w:p w14:paraId="0D880D27" w14:textId="77777777" w:rsidR="0065164B" w:rsidRDefault="004A3C10">
            <w:pPr>
              <w:spacing w:after="0" w:line="240" w:lineRule="auto"/>
            </w:pPr>
            <w:r>
              <w:rPr>
                <w:b/>
              </w:rPr>
              <w:t>Platinum</w:t>
            </w:r>
          </w:p>
        </w:tc>
        <w:tc>
          <w:tcPr>
            <w:tcW w:w="4896" w:type="dxa"/>
            <w:tcMar>
              <w:top w:w="80" w:type="dxa"/>
              <w:left w:w="90" w:type="dxa"/>
              <w:bottom w:w="80" w:type="dxa"/>
              <w:right w:w="90" w:type="dxa"/>
            </w:tcMar>
            <w:vAlign w:val="center"/>
          </w:tcPr>
          <w:p w14:paraId="376D4EFC" w14:textId="77777777" w:rsidR="00656FB5" w:rsidRDefault="0020511A">
            <w:r>
              <w:t>Lunch or Breakfast Product Theater</w:t>
            </w:r>
          </w:p>
        </w:tc>
        <w:tc>
          <w:tcPr>
            <w:tcW w:w="2520" w:type="dxa"/>
            <w:tcMar>
              <w:top w:w="80" w:type="dxa"/>
              <w:left w:w="90" w:type="dxa"/>
              <w:bottom w:w="80" w:type="dxa"/>
              <w:right w:w="90" w:type="dxa"/>
            </w:tcMar>
            <w:vAlign w:val="center"/>
          </w:tcPr>
          <w:p w14:paraId="777BEDC3" w14:textId="77777777" w:rsidR="0065164B" w:rsidRDefault="004A3C10">
            <w:pPr>
              <w:spacing w:after="0" w:line="240" w:lineRule="auto"/>
            </w:pPr>
            <w:r>
              <w:t>$10,000</w:t>
            </w:r>
          </w:p>
        </w:tc>
      </w:tr>
      <w:tr w:rsidR="0065164B" w14:paraId="5F79B1E0" w14:textId="77777777">
        <w:tc>
          <w:tcPr>
            <w:tcW w:w="1944" w:type="dxa"/>
            <w:shd w:val="clear" w:color="auto" w:fill="F2F2F2"/>
            <w:tcMar>
              <w:top w:w="80" w:type="dxa"/>
              <w:left w:w="90" w:type="dxa"/>
              <w:bottom w:w="80" w:type="dxa"/>
              <w:right w:w="90" w:type="dxa"/>
            </w:tcMar>
            <w:vAlign w:val="center"/>
          </w:tcPr>
          <w:p w14:paraId="6012B6E1" w14:textId="77777777" w:rsidR="0065164B" w:rsidRDefault="004A3C10">
            <w:pPr>
              <w:spacing w:after="0" w:line="240" w:lineRule="auto"/>
            </w:pPr>
            <w:r>
              <w:rPr>
                <w:b/>
              </w:rPr>
              <w:t>Gold</w:t>
            </w:r>
          </w:p>
        </w:tc>
        <w:tc>
          <w:tcPr>
            <w:tcW w:w="4896" w:type="dxa"/>
            <w:tcMar>
              <w:top w:w="80" w:type="dxa"/>
              <w:left w:w="90" w:type="dxa"/>
              <w:bottom w:w="80" w:type="dxa"/>
              <w:right w:w="90" w:type="dxa"/>
            </w:tcMar>
            <w:vAlign w:val="center"/>
          </w:tcPr>
          <w:p w14:paraId="48FEB532" w14:textId="77777777" w:rsidR="0065164B" w:rsidRDefault="004A3C10">
            <w:pPr>
              <w:spacing w:after="0" w:line="240" w:lineRule="auto"/>
            </w:pPr>
            <w:r>
              <w:t>Breakfast Product Theater</w:t>
            </w:r>
          </w:p>
        </w:tc>
        <w:tc>
          <w:tcPr>
            <w:tcW w:w="2520" w:type="dxa"/>
            <w:tcMar>
              <w:top w:w="80" w:type="dxa"/>
              <w:left w:w="90" w:type="dxa"/>
              <w:bottom w:w="80" w:type="dxa"/>
              <w:right w:w="90" w:type="dxa"/>
            </w:tcMar>
            <w:vAlign w:val="center"/>
          </w:tcPr>
          <w:p w14:paraId="6E7A28BC" w14:textId="77777777" w:rsidR="0065164B" w:rsidRDefault="004A3C10">
            <w:pPr>
              <w:spacing w:after="0" w:line="240" w:lineRule="auto"/>
            </w:pPr>
            <w:r>
              <w:t>$7,500</w:t>
            </w:r>
            <w:r w:rsidR="00213202">
              <w:t xml:space="preserve"> </w:t>
            </w:r>
          </w:p>
        </w:tc>
      </w:tr>
      <w:tr w:rsidR="0065164B" w14:paraId="7252B948" w14:textId="77777777">
        <w:tc>
          <w:tcPr>
            <w:tcW w:w="1944" w:type="dxa"/>
            <w:shd w:val="clear" w:color="auto" w:fill="F2F2F2"/>
            <w:tcMar>
              <w:top w:w="80" w:type="dxa"/>
              <w:left w:w="90" w:type="dxa"/>
              <w:bottom w:w="80" w:type="dxa"/>
              <w:right w:w="90" w:type="dxa"/>
            </w:tcMar>
            <w:vAlign w:val="center"/>
          </w:tcPr>
          <w:p w14:paraId="5AA9C8B2" w14:textId="77777777" w:rsidR="0065164B" w:rsidRDefault="004A3C10">
            <w:pPr>
              <w:spacing w:after="0" w:line="240" w:lineRule="auto"/>
            </w:pPr>
            <w:r>
              <w:rPr>
                <w:b/>
                <w:sz w:val="19"/>
              </w:rPr>
              <w:lastRenderedPageBreak/>
              <w:t>Silver</w:t>
            </w:r>
          </w:p>
        </w:tc>
        <w:tc>
          <w:tcPr>
            <w:tcW w:w="4896" w:type="dxa"/>
            <w:tcMar>
              <w:top w:w="80" w:type="dxa"/>
              <w:left w:w="90" w:type="dxa"/>
              <w:bottom w:w="80" w:type="dxa"/>
              <w:right w:w="90" w:type="dxa"/>
            </w:tcMar>
            <w:vAlign w:val="center"/>
          </w:tcPr>
          <w:p w14:paraId="3E854B33" w14:textId="77777777" w:rsidR="0065164B" w:rsidRDefault="004A3C10">
            <w:pPr>
              <w:spacing w:after="0" w:line="240" w:lineRule="auto"/>
            </w:pPr>
            <w:r>
              <w:rPr>
                <w:sz w:val="19"/>
              </w:rPr>
              <w:t>Exhibitor Booth</w:t>
            </w:r>
          </w:p>
        </w:tc>
        <w:tc>
          <w:tcPr>
            <w:tcW w:w="2520" w:type="dxa"/>
            <w:tcMar>
              <w:top w:w="80" w:type="dxa"/>
              <w:left w:w="90" w:type="dxa"/>
              <w:bottom w:w="80" w:type="dxa"/>
              <w:right w:w="90" w:type="dxa"/>
            </w:tcMar>
            <w:vAlign w:val="center"/>
          </w:tcPr>
          <w:p w14:paraId="1AA2CB02" w14:textId="77777777" w:rsidR="0065164B" w:rsidRDefault="004A3C10">
            <w:pPr>
              <w:spacing w:after="0"/>
            </w:pPr>
            <w:r>
              <w:rPr>
                <w:sz w:val="19"/>
              </w:rPr>
              <w:t>$3,500 / $4,000</w:t>
            </w:r>
          </w:p>
        </w:tc>
      </w:tr>
    </w:tbl>
    <w:p w14:paraId="6A9AE9C7" w14:textId="77777777" w:rsidR="0065164B" w:rsidRDefault="004A3C10">
      <w:pPr>
        <w:pStyle w:val="Heading2"/>
      </w:pPr>
      <w:r>
        <w:t>Platinum Sponsor: Product Theater</w:t>
      </w:r>
    </w:p>
    <w:p w14:paraId="5407636A" w14:textId="77777777" w:rsidR="0065164B" w:rsidRDefault="004A3C10">
      <w:pPr>
        <w:pStyle w:val="BodyText"/>
      </w:pPr>
      <w:r>
        <w:t>$10,000</w:t>
      </w:r>
    </w:p>
    <w:p w14:paraId="3A7DB778" w14:textId="77777777" w:rsidR="0065164B" w:rsidRDefault="004A3C10">
      <w:pPr>
        <w:pStyle w:val="BodyText"/>
      </w:pPr>
      <w:r>
        <w:t>Includes:</w:t>
      </w:r>
    </w:p>
    <w:p w14:paraId="03F447E5" w14:textId="77777777" w:rsidR="0065164B" w:rsidRDefault="004A3C10">
      <w:pPr>
        <w:pStyle w:val="ListBullet"/>
        <w:ind w:left="0"/>
      </w:pPr>
      <w:r>
        <w:t>One industry-sponsored lunch or breakfast product theater</w:t>
      </w:r>
    </w:p>
    <w:p w14:paraId="4D76D2BD" w14:textId="77777777" w:rsidR="0065164B" w:rsidRDefault="004A3C10">
      <w:pPr>
        <w:pStyle w:val="ListBullet"/>
        <w:ind w:left="0"/>
      </w:pPr>
      <w:r>
        <w:t>Recognition as a Platinum Sponsor</w:t>
      </w:r>
    </w:p>
    <w:p w14:paraId="627F7F7D" w14:textId="77777777" w:rsidR="0065164B" w:rsidRDefault="004A3C10">
      <w:pPr>
        <w:pStyle w:val="ListBullet"/>
        <w:ind w:left="0"/>
      </w:pPr>
      <w:r>
        <w:t>One 6-foot exhibitor table</w:t>
      </w:r>
    </w:p>
    <w:p w14:paraId="504ACEA7" w14:textId="77777777" w:rsidR="0065164B" w:rsidRDefault="004A3C10">
      <w:pPr>
        <w:pStyle w:val="ListBullet"/>
        <w:ind w:left="0"/>
      </w:pPr>
      <w:r>
        <w:t>Company recognition on meeting materials, sponsor/exhibitor signage, the meeting website, and sponsor slides shown during the meeting, as applicable</w:t>
      </w:r>
    </w:p>
    <w:p w14:paraId="60E6BA40" w14:textId="77777777" w:rsidR="0065164B" w:rsidRDefault="004A3C10">
      <w:pPr>
        <w:pStyle w:val="ListBullet"/>
        <w:ind w:left="0"/>
      </w:pPr>
      <w:r>
        <w:t>Opportunity to provide a sponsor-selected speaker for the product theater</w:t>
      </w:r>
    </w:p>
    <w:p w14:paraId="0E84246F" w14:textId="77777777" w:rsidR="0065164B" w:rsidRDefault="004A3C10">
      <w:pPr>
        <w:pStyle w:val="ListBullet"/>
        <w:ind w:left="0"/>
      </w:pPr>
      <w:r>
        <w:t>No competing scientific session during the product theater time slot</w:t>
      </w:r>
    </w:p>
    <w:p w14:paraId="7E768179" w14:textId="77777777" w:rsidR="0065164B" w:rsidRDefault="004A3C10">
      <w:pPr>
        <w:pStyle w:val="ListBullet"/>
        <w:ind w:left="0"/>
      </w:pPr>
      <w:r>
        <w:t>Unlimited sponsor/exhibitor representative badges</w:t>
      </w:r>
    </w:p>
    <w:p w14:paraId="23520648" w14:textId="77777777" w:rsidR="0065164B" w:rsidRDefault="004A3C10">
      <w:pPr>
        <w:pStyle w:val="BodyText"/>
      </w:pPr>
      <w:r>
        <w:t>Available Platinum product theater times:</w:t>
      </w:r>
    </w:p>
    <w:p w14:paraId="1CC7AD6F" w14:textId="77777777" w:rsidR="0065164B" w:rsidRDefault="004A3C10">
      <w:pPr>
        <w:pStyle w:val="ListBullet"/>
        <w:ind w:left="0"/>
      </w:pPr>
      <w:r>
        <w:t>Saturday, February 20, 2027: 9:00 AM - 9:45 AM</w:t>
      </w:r>
    </w:p>
    <w:p w14:paraId="3355346C" w14:textId="77777777" w:rsidR="0065164B" w:rsidRDefault="004A3C10">
      <w:pPr>
        <w:pStyle w:val="ListBullet"/>
        <w:ind w:left="0"/>
      </w:pPr>
      <w:r>
        <w:t>Saturday, February 20, 2027: 12:10 PM - 1:00 PM</w:t>
      </w:r>
    </w:p>
    <w:p w14:paraId="66C8D671" w14:textId="77777777" w:rsidR="0065164B" w:rsidRDefault="004A3C10">
      <w:pPr>
        <w:pStyle w:val="ListBullet"/>
        <w:ind w:left="0"/>
      </w:pPr>
      <w:r>
        <w:t>Sunday, February 21, 2027: 9:00 AM - 9:45 AM</w:t>
      </w:r>
    </w:p>
    <w:p w14:paraId="41D7AAA1" w14:textId="77777777" w:rsidR="0065164B" w:rsidRDefault="004A3C10">
      <w:pPr>
        <w:pStyle w:val="BodyText"/>
      </w:pPr>
      <w:r>
        <w:t>Food and beverage costs are not included in the sponsorship fee. Food and beverage arrangements for the selected breakfast or lunch product theater will be coordinated through the hotel, and the sponsor will be invoiced separately for those costs. Speaker costs, travel, honorarium, and related arrangements for the product theater speaker are the responsibility of the sponsor.</w:t>
      </w:r>
    </w:p>
    <w:p w14:paraId="09B9CCD1" w14:textId="77777777" w:rsidR="0065164B" w:rsidRDefault="004A3C10">
      <w:pPr>
        <w:pStyle w:val="Heading2"/>
      </w:pPr>
      <w:r>
        <w:t>Gold Sponsor: Breakfast Product Theater</w:t>
      </w:r>
    </w:p>
    <w:p w14:paraId="37F317BD" w14:textId="77777777" w:rsidR="0065164B" w:rsidRDefault="004A3C10">
      <w:pPr>
        <w:pStyle w:val="BodyText"/>
      </w:pPr>
      <w:r>
        <w:t>$7,500</w:t>
      </w:r>
    </w:p>
    <w:p w14:paraId="03E26EC7" w14:textId="77777777" w:rsidR="0065164B" w:rsidRDefault="004A3C10">
      <w:pPr>
        <w:pStyle w:val="BodyText"/>
      </w:pPr>
      <w:r>
        <w:t>Breakfast product theater sponsors may select either Gold ($7,500) or Platinum ($10,000) sponsorship, based on the company's preferred recognition level.</w:t>
      </w:r>
    </w:p>
    <w:p w14:paraId="20C075DA" w14:textId="77777777" w:rsidR="0065164B" w:rsidRDefault="004A3C10">
      <w:pPr>
        <w:pStyle w:val="BodyText"/>
      </w:pPr>
      <w:r>
        <w:t>Includes:</w:t>
      </w:r>
    </w:p>
    <w:p w14:paraId="1275F075" w14:textId="77777777" w:rsidR="0065164B" w:rsidRDefault="004A3C10">
      <w:pPr>
        <w:pStyle w:val="ListBullet"/>
        <w:ind w:left="0"/>
      </w:pPr>
      <w:r>
        <w:t>One industry-sponsored breakfast product theater</w:t>
      </w:r>
    </w:p>
    <w:p w14:paraId="51967E30" w14:textId="77777777" w:rsidR="0065164B" w:rsidRDefault="004A3C10">
      <w:pPr>
        <w:pStyle w:val="ListBullet"/>
        <w:ind w:left="0"/>
      </w:pPr>
      <w:r>
        <w:t>Recognition as a Gold Sponsor</w:t>
      </w:r>
    </w:p>
    <w:p w14:paraId="1573CE6F" w14:textId="77777777" w:rsidR="0065164B" w:rsidRDefault="004A3C10">
      <w:pPr>
        <w:pStyle w:val="ListBullet"/>
        <w:ind w:left="0"/>
      </w:pPr>
      <w:r>
        <w:t>One 6-foot exhibitor table</w:t>
      </w:r>
    </w:p>
    <w:p w14:paraId="16C32762" w14:textId="77777777" w:rsidR="0065164B" w:rsidRDefault="004A3C10">
      <w:pPr>
        <w:pStyle w:val="ListBullet"/>
        <w:ind w:left="0"/>
      </w:pPr>
      <w:r>
        <w:t>Company recognition on meeting materials, sponsor/exhibitor signage, the meeting website, and sponsor slides shown during the meeting, as applicable</w:t>
      </w:r>
    </w:p>
    <w:p w14:paraId="57CA90C6" w14:textId="77777777" w:rsidR="0065164B" w:rsidRDefault="004A3C10">
      <w:pPr>
        <w:pStyle w:val="ListBullet"/>
        <w:ind w:left="0"/>
      </w:pPr>
      <w:r>
        <w:t>Opportunity to provide a sponsor-selected speaker for the product theater</w:t>
      </w:r>
    </w:p>
    <w:p w14:paraId="1120E249" w14:textId="77777777" w:rsidR="0065164B" w:rsidRDefault="004A3C10">
      <w:pPr>
        <w:pStyle w:val="ListBullet"/>
        <w:ind w:left="0"/>
      </w:pPr>
      <w:r>
        <w:t>No competing scientific session during the product theater time slot</w:t>
      </w:r>
    </w:p>
    <w:p w14:paraId="3595C2A4" w14:textId="77777777" w:rsidR="0065164B" w:rsidRDefault="004A3C10">
      <w:pPr>
        <w:pStyle w:val="ListBullet"/>
        <w:ind w:left="0"/>
      </w:pPr>
      <w:r>
        <w:t>Unlimited sponsor/exhibitor representative badges</w:t>
      </w:r>
    </w:p>
    <w:p w14:paraId="4D58E94A" w14:textId="77777777" w:rsidR="0065164B" w:rsidRDefault="004A3C10">
      <w:pPr>
        <w:pStyle w:val="BodyText"/>
      </w:pPr>
      <w:r>
        <w:t>Available breakfast product theater times:</w:t>
      </w:r>
    </w:p>
    <w:p w14:paraId="66FAA24F" w14:textId="77777777" w:rsidR="0065164B" w:rsidRDefault="004A3C10">
      <w:pPr>
        <w:pStyle w:val="ListBullet"/>
        <w:ind w:left="0"/>
      </w:pPr>
      <w:r>
        <w:t>Saturday, February 20, 2027: 9:00 AM - 9:45 AM</w:t>
      </w:r>
    </w:p>
    <w:p w14:paraId="38319627" w14:textId="77777777" w:rsidR="0065164B" w:rsidRDefault="004A3C10">
      <w:pPr>
        <w:pStyle w:val="ListBullet"/>
        <w:ind w:left="0"/>
      </w:pPr>
      <w:r>
        <w:t>Sunday, February 21, 2027: 9:00 AM - 9:45 AM</w:t>
      </w:r>
    </w:p>
    <w:p w14:paraId="615A2DC2" w14:textId="77777777" w:rsidR="0065164B" w:rsidRDefault="004A3C10">
      <w:pPr>
        <w:pStyle w:val="BodyText"/>
      </w:pPr>
      <w:r>
        <w:t>Food and beverage costs are not included in the sponsorship fee. Food and beverage arrangements will be coordinated through the hotel, and the sponsor will be invoiced separately for those costs. Speaker costs, travel, honorarium, and related arrangements for the product theater speaker are the responsibility of the sponsor.</w:t>
      </w:r>
    </w:p>
    <w:p w14:paraId="5B9A5247" w14:textId="77777777" w:rsidR="0065164B" w:rsidRDefault="004A3C10">
      <w:pPr>
        <w:pStyle w:val="Heading2"/>
      </w:pPr>
      <w:r>
        <w:t>Silver Sponsor: Exhibitor Booth</w:t>
      </w:r>
    </w:p>
    <w:p w14:paraId="4A534FB9" w14:textId="77777777" w:rsidR="0065164B" w:rsidRDefault="004A3C10">
      <w:pPr>
        <w:pStyle w:val="BodyText"/>
      </w:pPr>
      <w:r>
        <w:t>Early rate: $3,500 if booked by November 1, 2026</w:t>
      </w:r>
    </w:p>
    <w:p w14:paraId="7926558E" w14:textId="77777777" w:rsidR="0065164B" w:rsidRDefault="004A3C10">
      <w:pPr>
        <w:pStyle w:val="BodyText"/>
      </w:pPr>
      <w:r>
        <w:t>Standard rate: $4,000 after November 1, 2026</w:t>
      </w:r>
    </w:p>
    <w:p w14:paraId="4EAD1143" w14:textId="77777777" w:rsidR="0065164B" w:rsidRDefault="004A3C10">
      <w:pPr>
        <w:pStyle w:val="BodyText"/>
      </w:pPr>
      <w:r>
        <w:t>Includes:</w:t>
      </w:r>
    </w:p>
    <w:p w14:paraId="607C07BC" w14:textId="77777777" w:rsidR="0065164B" w:rsidRDefault="004A3C10">
      <w:pPr>
        <w:pStyle w:val="ListBullet"/>
        <w:ind w:left="0"/>
      </w:pPr>
      <w:r>
        <w:lastRenderedPageBreak/>
        <w:t>One 6-foot exhibitor table</w:t>
      </w:r>
    </w:p>
    <w:p w14:paraId="1141B3AE" w14:textId="77777777" w:rsidR="0065164B" w:rsidRDefault="004A3C10">
      <w:pPr>
        <w:pStyle w:val="ListBullet"/>
        <w:ind w:left="0"/>
      </w:pPr>
      <w:r>
        <w:t>Company recognition on sponsor/exhibitor signage</w:t>
      </w:r>
    </w:p>
    <w:p w14:paraId="2096E1C5" w14:textId="77777777" w:rsidR="0065164B" w:rsidRDefault="004A3C10">
      <w:pPr>
        <w:pStyle w:val="ListBullet"/>
        <w:ind w:left="0"/>
      </w:pPr>
      <w:r>
        <w:t>Access to scheduled exhibit and networking periods</w:t>
      </w:r>
    </w:p>
    <w:p w14:paraId="576007F3" w14:textId="77777777" w:rsidR="0065164B" w:rsidRDefault="004A3C10">
      <w:pPr>
        <w:pStyle w:val="ListBullet"/>
        <w:ind w:left="0"/>
      </w:pPr>
      <w:r>
        <w:t>Up to 3 sponsor/exhibitor representative badges</w:t>
      </w:r>
    </w:p>
    <w:p w14:paraId="1A1DD6C3" w14:textId="77777777" w:rsidR="0065164B" w:rsidRDefault="004A3C10">
      <w:pPr>
        <w:pStyle w:val="BodyText"/>
      </w:pPr>
      <w:r>
        <w:t>Additional sponsor/exhibitor badges may be purchased for $50 per badge.</w:t>
      </w:r>
    </w:p>
    <w:p w14:paraId="05C4B662" w14:textId="77777777" w:rsidR="0065164B" w:rsidRDefault="004A3C10">
      <w:pPr>
        <w:pStyle w:val="BodyText"/>
      </w:pPr>
      <w:r>
        <w:t>Exhibit space will be assigned at the discretion of NASOIE. Placement may be influenced by sponsorship level, date of confirmed registration, exhibit hall layout, and space availability.</w:t>
      </w:r>
    </w:p>
    <w:p w14:paraId="66958246" w14:textId="77777777" w:rsidR="0065164B" w:rsidRDefault="004A3C10">
      <w:pPr>
        <w:pStyle w:val="Heading1"/>
      </w:pPr>
      <w:r>
        <w:t>Sponsor and Exhibit Engagement Times</w:t>
      </w:r>
    </w:p>
    <w:p w14:paraId="10B3ABDF" w14:textId="77777777" w:rsidR="0065164B" w:rsidRDefault="004A3C10">
      <w:pPr>
        <w:pStyle w:val="BodyText"/>
      </w:pPr>
      <w:r>
        <w:t>The preliminary agenda includes dedicated sponsor, product theater, exhibit, and networking time throughout the meeting.</w:t>
      </w:r>
    </w:p>
    <w:p w14:paraId="57D547D4" w14:textId="77777777" w:rsidR="0065164B" w:rsidRDefault="004A3C10">
      <w:pPr>
        <w:pStyle w:val="Heading2"/>
      </w:pPr>
      <w:r>
        <w:t>Saturday, February 20, 2027</w:t>
      </w:r>
    </w:p>
    <w:tbl>
      <w:tblPr>
        <w:tblW w:w="9360" w:type="dxa"/>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ayout w:type="fixed"/>
        <w:tblCellMar>
          <w:top w:w="60" w:type="dxa"/>
          <w:left w:w="90" w:type="dxa"/>
          <w:bottom w:w="60" w:type="dxa"/>
          <w:right w:w="90" w:type="dxa"/>
        </w:tblCellMar>
        <w:tblLook w:val="04A0" w:firstRow="1" w:lastRow="0" w:firstColumn="1" w:lastColumn="0" w:noHBand="0" w:noVBand="1"/>
      </w:tblPr>
      <w:tblGrid>
        <w:gridCol w:w="2664"/>
        <w:gridCol w:w="6696"/>
      </w:tblGrid>
      <w:tr w:rsidR="0065164B" w14:paraId="768B5305" w14:textId="77777777">
        <w:trPr>
          <w:tblHeader/>
        </w:trPr>
        <w:tc>
          <w:tcPr>
            <w:tcW w:w="2664" w:type="dxa"/>
            <w:shd w:val="clear" w:color="auto" w:fill="17365D"/>
            <w:tcMar>
              <w:top w:w="80" w:type="dxa"/>
              <w:left w:w="90" w:type="dxa"/>
              <w:bottom w:w="80" w:type="dxa"/>
              <w:right w:w="90" w:type="dxa"/>
            </w:tcMar>
            <w:vAlign w:val="center"/>
          </w:tcPr>
          <w:p w14:paraId="2C31643D" w14:textId="77777777" w:rsidR="0065164B" w:rsidRDefault="004A3C10">
            <w:pPr>
              <w:spacing w:after="0" w:line="240" w:lineRule="auto"/>
              <w:jc w:val="center"/>
            </w:pPr>
            <w:r>
              <w:rPr>
                <w:b/>
                <w:color w:val="FFFFFF"/>
                <w:sz w:val="18"/>
              </w:rPr>
              <w:t>Time</w:t>
            </w:r>
          </w:p>
        </w:tc>
        <w:tc>
          <w:tcPr>
            <w:tcW w:w="6696" w:type="dxa"/>
            <w:shd w:val="clear" w:color="auto" w:fill="17365D"/>
            <w:tcMar>
              <w:top w:w="80" w:type="dxa"/>
              <w:left w:w="90" w:type="dxa"/>
              <w:bottom w:w="80" w:type="dxa"/>
              <w:right w:w="90" w:type="dxa"/>
            </w:tcMar>
            <w:vAlign w:val="center"/>
          </w:tcPr>
          <w:p w14:paraId="7DDF31ED" w14:textId="77777777" w:rsidR="0065164B" w:rsidRDefault="004A3C10">
            <w:pPr>
              <w:spacing w:after="0" w:line="240" w:lineRule="auto"/>
              <w:jc w:val="center"/>
            </w:pPr>
            <w:r>
              <w:rPr>
                <w:b/>
                <w:color w:val="FFFFFF"/>
                <w:sz w:val="18"/>
              </w:rPr>
              <w:t>Session</w:t>
            </w:r>
          </w:p>
        </w:tc>
      </w:tr>
      <w:tr w:rsidR="0065164B" w14:paraId="454BE26B" w14:textId="77777777">
        <w:tc>
          <w:tcPr>
            <w:tcW w:w="2664" w:type="dxa"/>
            <w:tcMar>
              <w:top w:w="60" w:type="dxa"/>
              <w:left w:w="90" w:type="dxa"/>
              <w:bottom w:w="60" w:type="dxa"/>
              <w:right w:w="90" w:type="dxa"/>
            </w:tcMar>
            <w:vAlign w:val="center"/>
          </w:tcPr>
          <w:p w14:paraId="59FCE5D2" w14:textId="77777777" w:rsidR="0065164B" w:rsidRDefault="004A3C10">
            <w:pPr>
              <w:spacing w:after="0" w:line="240" w:lineRule="auto"/>
            </w:pPr>
            <w:r>
              <w:rPr>
                <w:b/>
                <w:sz w:val="18"/>
              </w:rPr>
              <w:t>8:00 AM - 9:00 AM</w:t>
            </w:r>
          </w:p>
        </w:tc>
        <w:tc>
          <w:tcPr>
            <w:tcW w:w="6696" w:type="dxa"/>
            <w:tcMar>
              <w:top w:w="60" w:type="dxa"/>
              <w:left w:w="90" w:type="dxa"/>
              <w:bottom w:w="60" w:type="dxa"/>
              <w:right w:w="90" w:type="dxa"/>
            </w:tcMar>
            <w:vAlign w:val="center"/>
          </w:tcPr>
          <w:p w14:paraId="56097EA2" w14:textId="77777777" w:rsidR="0065164B" w:rsidRDefault="004A3C10">
            <w:pPr>
              <w:spacing w:after="0" w:line="240" w:lineRule="auto"/>
            </w:pPr>
            <w:r>
              <w:rPr>
                <w:sz w:val="18"/>
              </w:rPr>
              <w:t>Registration / Breakfast / Exhibits</w:t>
            </w:r>
          </w:p>
        </w:tc>
      </w:tr>
      <w:tr w:rsidR="0065164B" w14:paraId="30C82980" w14:textId="77777777">
        <w:tc>
          <w:tcPr>
            <w:tcW w:w="2664" w:type="dxa"/>
            <w:tcMar>
              <w:top w:w="60" w:type="dxa"/>
              <w:left w:w="90" w:type="dxa"/>
              <w:bottom w:w="60" w:type="dxa"/>
              <w:right w:w="90" w:type="dxa"/>
            </w:tcMar>
            <w:vAlign w:val="center"/>
          </w:tcPr>
          <w:p w14:paraId="0B3A0D59" w14:textId="77777777" w:rsidR="0065164B" w:rsidRDefault="004A3C10">
            <w:pPr>
              <w:spacing w:after="0" w:line="240" w:lineRule="auto"/>
            </w:pPr>
            <w:r>
              <w:rPr>
                <w:b/>
                <w:sz w:val="18"/>
              </w:rPr>
              <w:t>9:00 AM - 9:45 AM</w:t>
            </w:r>
          </w:p>
        </w:tc>
        <w:tc>
          <w:tcPr>
            <w:tcW w:w="6696" w:type="dxa"/>
            <w:tcMar>
              <w:top w:w="60" w:type="dxa"/>
              <w:left w:w="90" w:type="dxa"/>
              <w:bottom w:w="60" w:type="dxa"/>
              <w:right w:w="90" w:type="dxa"/>
            </w:tcMar>
            <w:vAlign w:val="center"/>
          </w:tcPr>
          <w:p w14:paraId="4D1EC714" w14:textId="77777777" w:rsidR="0065164B" w:rsidRDefault="004A3C10">
            <w:pPr>
              <w:spacing w:after="0" w:line="240" w:lineRule="auto"/>
            </w:pPr>
            <w:r>
              <w:rPr>
                <w:sz w:val="18"/>
              </w:rPr>
              <w:t>Industry-Sponsored Breakfast Symposium</w:t>
            </w:r>
          </w:p>
        </w:tc>
      </w:tr>
      <w:tr w:rsidR="0065164B" w14:paraId="1A0296BB" w14:textId="77777777">
        <w:tc>
          <w:tcPr>
            <w:tcW w:w="2664" w:type="dxa"/>
            <w:tcMar>
              <w:top w:w="60" w:type="dxa"/>
              <w:left w:w="90" w:type="dxa"/>
              <w:bottom w:w="60" w:type="dxa"/>
              <w:right w:w="90" w:type="dxa"/>
            </w:tcMar>
            <w:vAlign w:val="center"/>
          </w:tcPr>
          <w:p w14:paraId="09ECE82C" w14:textId="77777777" w:rsidR="0065164B" w:rsidRDefault="004A3C10">
            <w:pPr>
              <w:spacing w:after="0" w:line="240" w:lineRule="auto"/>
            </w:pPr>
            <w:r>
              <w:rPr>
                <w:b/>
                <w:sz w:val="18"/>
              </w:rPr>
              <w:t>10:30 AM - 11:00 AM</w:t>
            </w:r>
          </w:p>
        </w:tc>
        <w:tc>
          <w:tcPr>
            <w:tcW w:w="6696" w:type="dxa"/>
            <w:tcMar>
              <w:top w:w="60" w:type="dxa"/>
              <w:left w:w="90" w:type="dxa"/>
              <w:bottom w:w="60" w:type="dxa"/>
              <w:right w:w="90" w:type="dxa"/>
            </w:tcMar>
            <w:vAlign w:val="center"/>
          </w:tcPr>
          <w:p w14:paraId="60939D33" w14:textId="77777777" w:rsidR="0065164B" w:rsidRDefault="004A3C10">
            <w:pPr>
              <w:spacing w:after="0" w:line="240" w:lineRule="auto"/>
            </w:pPr>
            <w:r>
              <w:rPr>
                <w:sz w:val="18"/>
              </w:rPr>
              <w:t>Coffee Break / Exhibits</w:t>
            </w:r>
          </w:p>
        </w:tc>
      </w:tr>
      <w:tr w:rsidR="0065164B" w14:paraId="70918A27" w14:textId="77777777">
        <w:tc>
          <w:tcPr>
            <w:tcW w:w="2664" w:type="dxa"/>
            <w:tcMar>
              <w:top w:w="60" w:type="dxa"/>
              <w:left w:w="90" w:type="dxa"/>
              <w:bottom w:w="60" w:type="dxa"/>
              <w:right w:w="90" w:type="dxa"/>
            </w:tcMar>
            <w:vAlign w:val="center"/>
          </w:tcPr>
          <w:p w14:paraId="705D384E" w14:textId="77777777" w:rsidR="0065164B" w:rsidRDefault="004A3C10">
            <w:pPr>
              <w:spacing w:after="0" w:line="240" w:lineRule="auto"/>
            </w:pPr>
            <w:r>
              <w:rPr>
                <w:b/>
                <w:sz w:val="18"/>
              </w:rPr>
              <w:t>12:10 PM - 1:00 PM</w:t>
            </w:r>
          </w:p>
        </w:tc>
        <w:tc>
          <w:tcPr>
            <w:tcW w:w="6696" w:type="dxa"/>
            <w:tcMar>
              <w:top w:w="60" w:type="dxa"/>
              <w:left w:w="90" w:type="dxa"/>
              <w:bottom w:w="60" w:type="dxa"/>
              <w:right w:w="90" w:type="dxa"/>
            </w:tcMar>
            <w:vAlign w:val="center"/>
          </w:tcPr>
          <w:p w14:paraId="43460744" w14:textId="77777777" w:rsidR="0065164B" w:rsidRDefault="004A3C10">
            <w:pPr>
              <w:spacing w:after="0" w:line="240" w:lineRule="auto"/>
            </w:pPr>
            <w:r>
              <w:rPr>
                <w:sz w:val="18"/>
              </w:rPr>
              <w:t>Industry-Sponsored Lunch Symposium</w:t>
            </w:r>
          </w:p>
        </w:tc>
      </w:tr>
      <w:tr w:rsidR="0065164B" w14:paraId="1620E03D" w14:textId="77777777">
        <w:tc>
          <w:tcPr>
            <w:tcW w:w="2664" w:type="dxa"/>
            <w:tcMar>
              <w:top w:w="60" w:type="dxa"/>
              <w:left w:w="90" w:type="dxa"/>
              <w:bottom w:w="60" w:type="dxa"/>
              <w:right w:w="90" w:type="dxa"/>
            </w:tcMar>
            <w:vAlign w:val="center"/>
          </w:tcPr>
          <w:p w14:paraId="1A6DDAD4" w14:textId="77777777" w:rsidR="0065164B" w:rsidRDefault="004A3C10">
            <w:pPr>
              <w:spacing w:after="0" w:line="240" w:lineRule="auto"/>
            </w:pPr>
            <w:r>
              <w:rPr>
                <w:b/>
                <w:sz w:val="18"/>
              </w:rPr>
              <w:t>1:00 PM - 1:30 PM</w:t>
            </w:r>
          </w:p>
        </w:tc>
        <w:tc>
          <w:tcPr>
            <w:tcW w:w="6696" w:type="dxa"/>
            <w:tcMar>
              <w:top w:w="60" w:type="dxa"/>
              <w:left w:w="90" w:type="dxa"/>
              <w:bottom w:w="60" w:type="dxa"/>
              <w:right w:w="90" w:type="dxa"/>
            </w:tcMar>
            <w:vAlign w:val="center"/>
          </w:tcPr>
          <w:p w14:paraId="0370B6C9" w14:textId="77777777" w:rsidR="0065164B" w:rsidRDefault="004A3C10">
            <w:pPr>
              <w:spacing w:after="0" w:line="240" w:lineRule="auto"/>
            </w:pPr>
            <w:r>
              <w:rPr>
                <w:sz w:val="18"/>
              </w:rPr>
              <w:t>Coffee Break / Exhibits</w:t>
            </w:r>
          </w:p>
        </w:tc>
      </w:tr>
      <w:tr w:rsidR="0065164B" w14:paraId="61B22A14" w14:textId="77777777">
        <w:tc>
          <w:tcPr>
            <w:tcW w:w="2664" w:type="dxa"/>
            <w:tcMar>
              <w:top w:w="60" w:type="dxa"/>
              <w:left w:w="90" w:type="dxa"/>
              <w:bottom w:w="60" w:type="dxa"/>
              <w:right w:w="90" w:type="dxa"/>
            </w:tcMar>
            <w:vAlign w:val="center"/>
          </w:tcPr>
          <w:p w14:paraId="064745E0" w14:textId="77777777" w:rsidR="0065164B" w:rsidRDefault="004A3C10">
            <w:pPr>
              <w:spacing w:after="0" w:line="240" w:lineRule="auto"/>
            </w:pPr>
            <w:r>
              <w:rPr>
                <w:b/>
                <w:sz w:val="18"/>
              </w:rPr>
              <w:t>2:30 PM - 3:00 PM</w:t>
            </w:r>
          </w:p>
        </w:tc>
        <w:tc>
          <w:tcPr>
            <w:tcW w:w="6696" w:type="dxa"/>
            <w:tcMar>
              <w:top w:w="60" w:type="dxa"/>
              <w:left w:w="90" w:type="dxa"/>
              <w:bottom w:w="60" w:type="dxa"/>
              <w:right w:w="90" w:type="dxa"/>
            </w:tcMar>
            <w:vAlign w:val="center"/>
          </w:tcPr>
          <w:p w14:paraId="77506150" w14:textId="77777777" w:rsidR="0065164B" w:rsidRDefault="004A3C10">
            <w:pPr>
              <w:spacing w:after="0" w:line="240" w:lineRule="auto"/>
            </w:pPr>
            <w:r>
              <w:rPr>
                <w:sz w:val="18"/>
              </w:rPr>
              <w:t>Exhibits / Networking / Photo</w:t>
            </w:r>
          </w:p>
        </w:tc>
      </w:tr>
    </w:tbl>
    <w:p w14:paraId="0B053063" w14:textId="77777777" w:rsidR="0065164B" w:rsidRDefault="004A3C10">
      <w:pPr>
        <w:pStyle w:val="Heading2"/>
      </w:pPr>
      <w:r>
        <w:t>Sunday, February 21, 2027</w:t>
      </w:r>
    </w:p>
    <w:tbl>
      <w:tblPr>
        <w:tblW w:w="9360" w:type="dxa"/>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ayout w:type="fixed"/>
        <w:tblCellMar>
          <w:top w:w="60" w:type="dxa"/>
          <w:left w:w="90" w:type="dxa"/>
          <w:bottom w:w="60" w:type="dxa"/>
          <w:right w:w="90" w:type="dxa"/>
        </w:tblCellMar>
        <w:tblLook w:val="04A0" w:firstRow="1" w:lastRow="0" w:firstColumn="1" w:lastColumn="0" w:noHBand="0" w:noVBand="1"/>
      </w:tblPr>
      <w:tblGrid>
        <w:gridCol w:w="2664"/>
        <w:gridCol w:w="6696"/>
      </w:tblGrid>
      <w:tr w:rsidR="0065164B" w14:paraId="4E5DD4B6" w14:textId="77777777">
        <w:trPr>
          <w:tblHeader/>
        </w:trPr>
        <w:tc>
          <w:tcPr>
            <w:tcW w:w="2664" w:type="dxa"/>
            <w:shd w:val="clear" w:color="auto" w:fill="17365D"/>
            <w:tcMar>
              <w:top w:w="80" w:type="dxa"/>
              <w:left w:w="90" w:type="dxa"/>
              <w:bottom w:w="80" w:type="dxa"/>
              <w:right w:w="90" w:type="dxa"/>
            </w:tcMar>
            <w:vAlign w:val="center"/>
          </w:tcPr>
          <w:p w14:paraId="611E07C0" w14:textId="77777777" w:rsidR="0065164B" w:rsidRDefault="004A3C10">
            <w:pPr>
              <w:spacing w:after="0" w:line="240" w:lineRule="auto"/>
              <w:jc w:val="center"/>
            </w:pPr>
            <w:r>
              <w:rPr>
                <w:b/>
                <w:color w:val="FFFFFF"/>
                <w:sz w:val="18"/>
              </w:rPr>
              <w:t>Time</w:t>
            </w:r>
          </w:p>
        </w:tc>
        <w:tc>
          <w:tcPr>
            <w:tcW w:w="6696" w:type="dxa"/>
            <w:shd w:val="clear" w:color="auto" w:fill="17365D"/>
            <w:tcMar>
              <w:top w:w="80" w:type="dxa"/>
              <w:left w:w="90" w:type="dxa"/>
              <w:bottom w:w="80" w:type="dxa"/>
              <w:right w:w="90" w:type="dxa"/>
            </w:tcMar>
            <w:vAlign w:val="center"/>
          </w:tcPr>
          <w:p w14:paraId="581C3D05" w14:textId="77777777" w:rsidR="0065164B" w:rsidRDefault="004A3C10">
            <w:pPr>
              <w:spacing w:after="0" w:line="240" w:lineRule="auto"/>
              <w:jc w:val="center"/>
            </w:pPr>
            <w:r>
              <w:rPr>
                <w:b/>
                <w:color w:val="FFFFFF"/>
                <w:sz w:val="18"/>
              </w:rPr>
              <w:t>Session</w:t>
            </w:r>
          </w:p>
        </w:tc>
      </w:tr>
      <w:tr w:rsidR="0065164B" w14:paraId="0964C9C1" w14:textId="77777777">
        <w:tc>
          <w:tcPr>
            <w:tcW w:w="2664" w:type="dxa"/>
            <w:tcMar>
              <w:top w:w="60" w:type="dxa"/>
              <w:left w:w="90" w:type="dxa"/>
              <w:bottom w:w="60" w:type="dxa"/>
              <w:right w:w="90" w:type="dxa"/>
            </w:tcMar>
            <w:vAlign w:val="center"/>
          </w:tcPr>
          <w:p w14:paraId="00B6398A" w14:textId="77777777" w:rsidR="0065164B" w:rsidRDefault="004A3C10">
            <w:pPr>
              <w:spacing w:after="0" w:line="240" w:lineRule="auto"/>
            </w:pPr>
            <w:r>
              <w:rPr>
                <w:b/>
                <w:sz w:val="18"/>
              </w:rPr>
              <w:t>8:00 AM - 9:00 AM</w:t>
            </w:r>
          </w:p>
        </w:tc>
        <w:tc>
          <w:tcPr>
            <w:tcW w:w="6696" w:type="dxa"/>
            <w:tcMar>
              <w:top w:w="60" w:type="dxa"/>
              <w:left w:w="90" w:type="dxa"/>
              <w:bottom w:w="60" w:type="dxa"/>
              <w:right w:w="90" w:type="dxa"/>
            </w:tcMar>
            <w:vAlign w:val="center"/>
          </w:tcPr>
          <w:p w14:paraId="69CA1A6D" w14:textId="77777777" w:rsidR="0065164B" w:rsidRDefault="004A3C10">
            <w:pPr>
              <w:spacing w:after="0" w:line="240" w:lineRule="auto"/>
            </w:pPr>
            <w:r>
              <w:rPr>
                <w:sz w:val="18"/>
              </w:rPr>
              <w:t>Registration / Breakfast / Exhibits</w:t>
            </w:r>
          </w:p>
        </w:tc>
      </w:tr>
      <w:tr w:rsidR="0065164B" w14:paraId="4909B926" w14:textId="77777777">
        <w:tc>
          <w:tcPr>
            <w:tcW w:w="2664" w:type="dxa"/>
            <w:tcMar>
              <w:top w:w="60" w:type="dxa"/>
              <w:left w:w="90" w:type="dxa"/>
              <w:bottom w:w="60" w:type="dxa"/>
              <w:right w:w="90" w:type="dxa"/>
            </w:tcMar>
            <w:vAlign w:val="center"/>
          </w:tcPr>
          <w:p w14:paraId="7A9C9D3E" w14:textId="77777777" w:rsidR="0065164B" w:rsidRDefault="004A3C10">
            <w:pPr>
              <w:spacing w:after="0" w:line="240" w:lineRule="auto"/>
            </w:pPr>
            <w:r>
              <w:rPr>
                <w:b/>
                <w:sz w:val="18"/>
              </w:rPr>
              <w:t>9:00 AM - 9:45 AM</w:t>
            </w:r>
          </w:p>
        </w:tc>
        <w:tc>
          <w:tcPr>
            <w:tcW w:w="6696" w:type="dxa"/>
            <w:tcMar>
              <w:top w:w="60" w:type="dxa"/>
              <w:left w:w="90" w:type="dxa"/>
              <w:bottom w:w="60" w:type="dxa"/>
              <w:right w:w="90" w:type="dxa"/>
            </w:tcMar>
            <w:vAlign w:val="center"/>
          </w:tcPr>
          <w:p w14:paraId="65495333" w14:textId="77777777" w:rsidR="0065164B" w:rsidRDefault="004A3C10">
            <w:pPr>
              <w:spacing w:after="0" w:line="240" w:lineRule="auto"/>
            </w:pPr>
            <w:r>
              <w:rPr>
                <w:sz w:val="18"/>
              </w:rPr>
              <w:t>Industry-Sponsored Breakfast Symposium</w:t>
            </w:r>
          </w:p>
        </w:tc>
      </w:tr>
      <w:tr w:rsidR="0065164B" w14:paraId="67BB9BF7" w14:textId="77777777">
        <w:tc>
          <w:tcPr>
            <w:tcW w:w="2664" w:type="dxa"/>
            <w:tcMar>
              <w:top w:w="60" w:type="dxa"/>
              <w:left w:w="90" w:type="dxa"/>
              <w:bottom w:w="60" w:type="dxa"/>
              <w:right w:w="90" w:type="dxa"/>
            </w:tcMar>
            <w:vAlign w:val="center"/>
          </w:tcPr>
          <w:p w14:paraId="1510B6AE" w14:textId="77777777" w:rsidR="0065164B" w:rsidRDefault="004A3C10">
            <w:pPr>
              <w:spacing w:after="0" w:line="240" w:lineRule="auto"/>
            </w:pPr>
            <w:r>
              <w:rPr>
                <w:b/>
                <w:sz w:val="18"/>
              </w:rPr>
              <w:t>10:10 AM - 10:40 AM</w:t>
            </w:r>
          </w:p>
        </w:tc>
        <w:tc>
          <w:tcPr>
            <w:tcW w:w="6696" w:type="dxa"/>
            <w:tcMar>
              <w:top w:w="60" w:type="dxa"/>
              <w:left w:w="90" w:type="dxa"/>
              <w:bottom w:w="60" w:type="dxa"/>
              <w:right w:w="90" w:type="dxa"/>
            </w:tcMar>
            <w:vAlign w:val="center"/>
          </w:tcPr>
          <w:p w14:paraId="3D3CFCD0" w14:textId="77777777" w:rsidR="0065164B" w:rsidRDefault="004A3C10">
            <w:pPr>
              <w:spacing w:after="0" w:line="240" w:lineRule="auto"/>
            </w:pPr>
            <w:r>
              <w:rPr>
                <w:sz w:val="18"/>
              </w:rPr>
              <w:t>Coffee Break / Exhibits</w:t>
            </w:r>
          </w:p>
        </w:tc>
      </w:tr>
      <w:tr w:rsidR="0065164B" w14:paraId="635CB733" w14:textId="77777777">
        <w:tc>
          <w:tcPr>
            <w:tcW w:w="2664" w:type="dxa"/>
            <w:tcMar>
              <w:top w:w="60" w:type="dxa"/>
              <w:left w:w="90" w:type="dxa"/>
              <w:bottom w:w="60" w:type="dxa"/>
              <w:right w:w="90" w:type="dxa"/>
            </w:tcMar>
            <w:vAlign w:val="center"/>
          </w:tcPr>
          <w:p w14:paraId="235B3BDB" w14:textId="77777777" w:rsidR="0065164B" w:rsidRDefault="004A3C10">
            <w:pPr>
              <w:spacing w:after="0" w:line="240" w:lineRule="auto"/>
            </w:pPr>
            <w:r>
              <w:rPr>
                <w:b/>
                <w:sz w:val="18"/>
              </w:rPr>
              <w:t>12:10 PM - 1:00 PM</w:t>
            </w:r>
          </w:p>
        </w:tc>
        <w:tc>
          <w:tcPr>
            <w:tcW w:w="6696" w:type="dxa"/>
            <w:tcMar>
              <w:top w:w="60" w:type="dxa"/>
              <w:left w:w="90" w:type="dxa"/>
              <w:bottom w:w="60" w:type="dxa"/>
              <w:right w:w="90" w:type="dxa"/>
            </w:tcMar>
            <w:vAlign w:val="center"/>
          </w:tcPr>
          <w:p w14:paraId="7E141453" w14:textId="77777777" w:rsidR="0065164B" w:rsidRDefault="004A3C10">
            <w:pPr>
              <w:spacing w:after="0" w:line="240" w:lineRule="auto"/>
            </w:pPr>
            <w:r>
              <w:rPr>
                <w:sz w:val="18"/>
              </w:rPr>
              <w:t>Industry-Sponsored Lunch Symposium</w:t>
            </w:r>
          </w:p>
        </w:tc>
      </w:tr>
      <w:tr w:rsidR="0065164B" w14:paraId="0A7F2AFA" w14:textId="77777777">
        <w:tc>
          <w:tcPr>
            <w:tcW w:w="2664" w:type="dxa"/>
            <w:tcMar>
              <w:top w:w="60" w:type="dxa"/>
              <w:left w:w="90" w:type="dxa"/>
              <w:bottom w:w="60" w:type="dxa"/>
              <w:right w:w="90" w:type="dxa"/>
            </w:tcMar>
            <w:vAlign w:val="center"/>
          </w:tcPr>
          <w:p w14:paraId="76ED13E3" w14:textId="77777777" w:rsidR="0065164B" w:rsidRDefault="004A3C10">
            <w:pPr>
              <w:spacing w:after="0" w:line="240" w:lineRule="auto"/>
            </w:pPr>
            <w:r>
              <w:rPr>
                <w:b/>
                <w:sz w:val="18"/>
              </w:rPr>
              <w:t>1:00 PM - 1:30 PM</w:t>
            </w:r>
          </w:p>
        </w:tc>
        <w:tc>
          <w:tcPr>
            <w:tcW w:w="6696" w:type="dxa"/>
            <w:tcMar>
              <w:top w:w="60" w:type="dxa"/>
              <w:left w:w="90" w:type="dxa"/>
              <w:bottom w:w="60" w:type="dxa"/>
              <w:right w:w="90" w:type="dxa"/>
            </w:tcMar>
            <w:vAlign w:val="center"/>
          </w:tcPr>
          <w:p w14:paraId="0020EF0B" w14:textId="77777777" w:rsidR="0065164B" w:rsidRDefault="004A3C10">
            <w:pPr>
              <w:spacing w:after="0" w:line="240" w:lineRule="auto"/>
            </w:pPr>
            <w:r>
              <w:rPr>
                <w:sz w:val="18"/>
              </w:rPr>
              <w:t>Coffee Break / Exhibits</w:t>
            </w:r>
          </w:p>
        </w:tc>
      </w:tr>
      <w:tr w:rsidR="0065164B" w14:paraId="7953E910" w14:textId="77777777">
        <w:tc>
          <w:tcPr>
            <w:tcW w:w="2664" w:type="dxa"/>
            <w:tcMar>
              <w:top w:w="60" w:type="dxa"/>
              <w:left w:w="90" w:type="dxa"/>
              <w:bottom w:w="60" w:type="dxa"/>
              <w:right w:w="90" w:type="dxa"/>
            </w:tcMar>
            <w:vAlign w:val="center"/>
          </w:tcPr>
          <w:p w14:paraId="4BA07237" w14:textId="77777777" w:rsidR="0065164B" w:rsidRDefault="004A3C10">
            <w:pPr>
              <w:spacing w:after="0" w:line="240" w:lineRule="auto"/>
            </w:pPr>
            <w:r>
              <w:rPr>
                <w:b/>
                <w:sz w:val="18"/>
              </w:rPr>
              <w:t>2:00 PM</w:t>
            </w:r>
          </w:p>
        </w:tc>
        <w:tc>
          <w:tcPr>
            <w:tcW w:w="6696" w:type="dxa"/>
            <w:tcMar>
              <w:top w:w="60" w:type="dxa"/>
              <w:left w:w="90" w:type="dxa"/>
              <w:bottom w:w="60" w:type="dxa"/>
              <w:right w:w="90" w:type="dxa"/>
            </w:tcMar>
            <w:vAlign w:val="center"/>
          </w:tcPr>
          <w:p w14:paraId="654A9570" w14:textId="77777777" w:rsidR="0065164B" w:rsidRDefault="004A3C10">
            <w:pPr>
              <w:spacing w:after="0" w:line="240" w:lineRule="auto"/>
            </w:pPr>
            <w:r>
              <w:rPr>
                <w:sz w:val="18"/>
              </w:rPr>
              <w:t>Adjourn</w:t>
            </w:r>
          </w:p>
        </w:tc>
      </w:tr>
    </w:tbl>
    <w:p w14:paraId="232102ED" w14:textId="77777777" w:rsidR="0065164B" w:rsidRDefault="004A3C10">
      <w:pPr>
        <w:pStyle w:val="BodyText"/>
      </w:pPr>
      <w:r>
        <w:t>Exhibit and sponsor engagement schedule is preliminary and subject to change.</w:t>
      </w:r>
    </w:p>
    <w:p w14:paraId="4479F82B" w14:textId="77777777" w:rsidR="0065164B" w:rsidRDefault="004A3C10">
      <w:pPr>
        <w:pStyle w:val="Heading1"/>
      </w:pPr>
      <w:r>
        <w:t>Preliminary Meeting Agenda</w:t>
      </w:r>
    </w:p>
    <w:p w14:paraId="16325AB2" w14:textId="77777777" w:rsidR="0065164B" w:rsidRDefault="004A3C10">
      <w:pPr>
        <w:pStyle w:val="Heading2"/>
      </w:pPr>
      <w:r>
        <w:t>Saturday, February 20, 2027</w:t>
      </w:r>
    </w:p>
    <w:tbl>
      <w:tblPr>
        <w:tblW w:w="9360" w:type="dxa"/>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ayout w:type="fixed"/>
        <w:tblCellMar>
          <w:top w:w="60" w:type="dxa"/>
          <w:left w:w="90" w:type="dxa"/>
          <w:bottom w:w="60" w:type="dxa"/>
          <w:right w:w="90" w:type="dxa"/>
        </w:tblCellMar>
        <w:tblLook w:val="04A0" w:firstRow="1" w:lastRow="0" w:firstColumn="1" w:lastColumn="0" w:noHBand="0" w:noVBand="1"/>
      </w:tblPr>
      <w:tblGrid>
        <w:gridCol w:w="2664"/>
        <w:gridCol w:w="6696"/>
      </w:tblGrid>
      <w:tr w:rsidR="0065164B" w14:paraId="233EB52F" w14:textId="77777777">
        <w:trPr>
          <w:tblHeader/>
        </w:trPr>
        <w:tc>
          <w:tcPr>
            <w:tcW w:w="2664" w:type="dxa"/>
            <w:shd w:val="clear" w:color="auto" w:fill="17365D"/>
            <w:tcMar>
              <w:top w:w="80" w:type="dxa"/>
              <w:left w:w="90" w:type="dxa"/>
              <w:bottom w:w="80" w:type="dxa"/>
              <w:right w:w="90" w:type="dxa"/>
            </w:tcMar>
            <w:vAlign w:val="center"/>
          </w:tcPr>
          <w:p w14:paraId="24CE26AC" w14:textId="77777777" w:rsidR="0065164B" w:rsidRDefault="004A3C10">
            <w:pPr>
              <w:spacing w:after="0" w:line="240" w:lineRule="auto"/>
              <w:jc w:val="center"/>
            </w:pPr>
            <w:r>
              <w:rPr>
                <w:b/>
                <w:color w:val="FFFFFF"/>
                <w:sz w:val="18"/>
              </w:rPr>
              <w:t>Time</w:t>
            </w:r>
          </w:p>
        </w:tc>
        <w:tc>
          <w:tcPr>
            <w:tcW w:w="6696" w:type="dxa"/>
            <w:shd w:val="clear" w:color="auto" w:fill="17365D"/>
            <w:tcMar>
              <w:top w:w="80" w:type="dxa"/>
              <w:left w:w="90" w:type="dxa"/>
              <w:bottom w:w="80" w:type="dxa"/>
              <w:right w:w="90" w:type="dxa"/>
            </w:tcMar>
            <w:vAlign w:val="center"/>
          </w:tcPr>
          <w:p w14:paraId="13AE5D51" w14:textId="77777777" w:rsidR="0065164B" w:rsidRDefault="004A3C10">
            <w:pPr>
              <w:spacing w:after="0" w:line="240" w:lineRule="auto"/>
              <w:jc w:val="center"/>
            </w:pPr>
            <w:r>
              <w:rPr>
                <w:b/>
                <w:color w:val="FFFFFF"/>
                <w:sz w:val="18"/>
              </w:rPr>
              <w:t>Session</w:t>
            </w:r>
          </w:p>
        </w:tc>
      </w:tr>
      <w:tr w:rsidR="0065164B" w14:paraId="3B60CCB3" w14:textId="77777777">
        <w:tc>
          <w:tcPr>
            <w:tcW w:w="2664" w:type="dxa"/>
            <w:tcMar>
              <w:top w:w="60" w:type="dxa"/>
              <w:left w:w="90" w:type="dxa"/>
              <w:bottom w:w="60" w:type="dxa"/>
              <w:right w:w="90" w:type="dxa"/>
            </w:tcMar>
            <w:vAlign w:val="center"/>
          </w:tcPr>
          <w:p w14:paraId="37B98DDD" w14:textId="77777777" w:rsidR="0065164B" w:rsidRDefault="004A3C10">
            <w:pPr>
              <w:spacing w:after="0" w:line="240" w:lineRule="auto"/>
            </w:pPr>
            <w:r>
              <w:rPr>
                <w:b/>
                <w:sz w:val="18"/>
              </w:rPr>
              <w:t>8:00 AM - 9:00 AM</w:t>
            </w:r>
          </w:p>
        </w:tc>
        <w:tc>
          <w:tcPr>
            <w:tcW w:w="6696" w:type="dxa"/>
            <w:tcMar>
              <w:top w:w="60" w:type="dxa"/>
              <w:left w:w="90" w:type="dxa"/>
              <w:bottom w:w="60" w:type="dxa"/>
              <w:right w:w="90" w:type="dxa"/>
            </w:tcMar>
            <w:vAlign w:val="center"/>
          </w:tcPr>
          <w:p w14:paraId="64841D31" w14:textId="77777777" w:rsidR="0065164B" w:rsidRDefault="004A3C10">
            <w:pPr>
              <w:spacing w:after="0" w:line="240" w:lineRule="auto"/>
            </w:pPr>
            <w:r>
              <w:rPr>
                <w:sz w:val="18"/>
              </w:rPr>
              <w:t>Registration / Breakfast / Exhibits</w:t>
            </w:r>
          </w:p>
        </w:tc>
      </w:tr>
      <w:tr w:rsidR="0065164B" w14:paraId="30E481AC" w14:textId="77777777">
        <w:tc>
          <w:tcPr>
            <w:tcW w:w="2664" w:type="dxa"/>
            <w:tcMar>
              <w:top w:w="60" w:type="dxa"/>
              <w:left w:w="90" w:type="dxa"/>
              <w:bottom w:w="60" w:type="dxa"/>
              <w:right w:w="90" w:type="dxa"/>
            </w:tcMar>
            <w:vAlign w:val="center"/>
          </w:tcPr>
          <w:p w14:paraId="0B99B816" w14:textId="77777777" w:rsidR="0065164B" w:rsidRDefault="004A3C10">
            <w:pPr>
              <w:spacing w:after="0" w:line="240" w:lineRule="auto"/>
            </w:pPr>
            <w:r>
              <w:rPr>
                <w:b/>
                <w:sz w:val="18"/>
              </w:rPr>
              <w:t>9:00 AM - 9:45 AM</w:t>
            </w:r>
          </w:p>
        </w:tc>
        <w:tc>
          <w:tcPr>
            <w:tcW w:w="6696" w:type="dxa"/>
            <w:tcMar>
              <w:top w:w="60" w:type="dxa"/>
              <w:left w:w="90" w:type="dxa"/>
              <w:bottom w:w="60" w:type="dxa"/>
              <w:right w:w="90" w:type="dxa"/>
            </w:tcMar>
            <w:vAlign w:val="center"/>
          </w:tcPr>
          <w:p w14:paraId="2337DB4B" w14:textId="77777777" w:rsidR="0065164B" w:rsidRDefault="004A3C10">
            <w:pPr>
              <w:spacing w:after="0" w:line="240" w:lineRule="auto"/>
            </w:pPr>
            <w:r>
              <w:rPr>
                <w:sz w:val="18"/>
              </w:rPr>
              <w:t>Industry-Sponsored Breakfast Symposium</w:t>
            </w:r>
          </w:p>
        </w:tc>
      </w:tr>
      <w:tr w:rsidR="0065164B" w14:paraId="15A7677D" w14:textId="77777777">
        <w:tc>
          <w:tcPr>
            <w:tcW w:w="2664" w:type="dxa"/>
            <w:tcMar>
              <w:top w:w="60" w:type="dxa"/>
              <w:left w:w="90" w:type="dxa"/>
              <w:bottom w:w="60" w:type="dxa"/>
              <w:right w:w="90" w:type="dxa"/>
            </w:tcMar>
            <w:vAlign w:val="center"/>
          </w:tcPr>
          <w:p w14:paraId="494F6A84" w14:textId="77777777" w:rsidR="0065164B" w:rsidRDefault="004A3C10">
            <w:pPr>
              <w:spacing w:after="0" w:line="240" w:lineRule="auto"/>
            </w:pPr>
            <w:r>
              <w:rPr>
                <w:b/>
                <w:sz w:val="18"/>
              </w:rPr>
              <w:t>9:45 AM - 10:00 AM</w:t>
            </w:r>
          </w:p>
        </w:tc>
        <w:tc>
          <w:tcPr>
            <w:tcW w:w="6696" w:type="dxa"/>
            <w:tcMar>
              <w:top w:w="60" w:type="dxa"/>
              <w:left w:w="90" w:type="dxa"/>
              <w:bottom w:w="60" w:type="dxa"/>
              <w:right w:w="90" w:type="dxa"/>
            </w:tcMar>
            <w:vAlign w:val="center"/>
          </w:tcPr>
          <w:p w14:paraId="06B62B4A" w14:textId="77777777" w:rsidR="0065164B" w:rsidRDefault="004A3C10">
            <w:pPr>
              <w:spacing w:after="0" w:line="240" w:lineRule="auto"/>
            </w:pPr>
            <w:r>
              <w:rPr>
                <w:sz w:val="18"/>
              </w:rPr>
              <w:t>Welcome Remarks</w:t>
            </w:r>
          </w:p>
        </w:tc>
      </w:tr>
      <w:tr w:rsidR="0065164B" w14:paraId="61225553" w14:textId="77777777">
        <w:tc>
          <w:tcPr>
            <w:tcW w:w="2664" w:type="dxa"/>
            <w:tcMar>
              <w:top w:w="60" w:type="dxa"/>
              <w:left w:w="90" w:type="dxa"/>
              <w:bottom w:w="60" w:type="dxa"/>
              <w:right w:w="90" w:type="dxa"/>
            </w:tcMar>
            <w:vAlign w:val="center"/>
          </w:tcPr>
          <w:p w14:paraId="5239E353" w14:textId="77777777" w:rsidR="0065164B" w:rsidRDefault="004A3C10">
            <w:pPr>
              <w:spacing w:after="0" w:line="240" w:lineRule="auto"/>
            </w:pPr>
            <w:r>
              <w:rPr>
                <w:b/>
                <w:sz w:val="18"/>
              </w:rPr>
              <w:t>10:00 AM - 10:30 AM</w:t>
            </w:r>
          </w:p>
        </w:tc>
        <w:tc>
          <w:tcPr>
            <w:tcW w:w="6696" w:type="dxa"/>
            <w:tcMar>
              <w:top w:w="60" w:type="dxa"/>
              <w:left w:w="90" w:type="dxa"/>
              <w:bottom w:w="60" w:type="dxa"/>
              <w:right w:w="90" w:type="dxa"/>
            </w:tcMar>
            <w:vAlign w:val="center"/>
          </w:tcPr>
          <w:p w14:paraId="11D2DAD8" w14:textId="77777777" w:rsidR="0065164B" w:rsidRDefault="004A3C10">
            <w:pPr>
              <w:spacing w:after="0" w:line="240" w:lineRule="auto"/>
            </w:pPr>
            <w:r>
              <w:rPr>
                <w:sz w:val="18"/>
              </w:rPr>
              <w:t>2015 vs 202</w:t>
            </w:r>
            <w:r w:rsidR="00DC3E71">
              <w:rPr>
                <w:sz w:val="18"/>
              </w:rPr>
              <w:t>6</w:t>
            </w:r>
            <w:r>
              <w:rPr>
                <w:sz w:val="18"/>
              </w:rPr>
              <w:t xml:space="preserve"> ATA Thyroid Nodule Guidelines: What Has Actually Changed?</w:t>
            </w:r>
          </w:p>
        </w:tc>
      </w:tr>
      <w:tr w:rsidR="0065164B" w14:paraId="568C4E71" w14:textId="77777777">
        <w:tc>
          <w:tcPr>
            <w:tcW w:w="2664" w:type="dxa"/>
            <w:tcMar>
              <w:top w:w="60" w:type="dxa"/>
              <w:left w:w="90" w:type="dxa"/>
              <w:bottom w:w="60" w:type="dxa"/>
              <w:right w:w="90" w:type="dxa"/>
            </w:tcMar>
            <w:vAlign w:val="center"/>
          </w:tcPr>
          <w:p w14:paraId="7D304E94" w14:textId="77777777" w:rsidR="0065164B" w:rsidRDefault="004A3C10">
            <w:pPr>
              <w:spacing w:after="0" w:line="240" w:lineRule="auto"/>
            </w:pPr>
            <w:r>
              <w:rPr>
                <w:b/>
                <w:sz w:val="18"/>
              </w:rPr>
              <w:t>10:30 AM - 11:00 AM</w:t>
            </w:r>
          </w:p>
        </w:tc>
        <w:tc>
          <w:tcPr>
            <w:tcW w:w="6696" w:type="dxa"/>
            <w:tcMar>
              <w:top w:w="60" w:type="dxa"/>
              <w:left w:w="90" w:type="dxa"/>
              <w:bottom w:w="60" w:type="dxa"/>
              <w:right w:w="90" w:type="dxa"/>
            </w:tcMar>
            <w:vAlign w:val="center"/>
          </w:tcPr>
          <w:p w14:paraId="41438684" w14:textId="77777777" w:rsidR="0065164B" w:rsidRDefault="004A3C10">
            <w:pPr>
              <w:spacing w:after="0" w:line="240" w:lineRule="auto"/>
            </w:pPr>
            <w:r>
              <w:rPr>
                <w:sz w:val="18"/>
              </w:rPr>
              <w:t>Coffee Break / Exhibits</w:t>
            </w:r>
          </w:p>
        </w:tc>
      </w:tr>
      <w:tr w:rsidR="0065164B" w14:paraId="3234BEEB" w14:textId="77777777">
        <w:tc>
          <w:tcPr>
            <w:tcW w:w="2664" w:type="dxa"/>
            <w:tcMar>
              <w:top w:w="60" w:type="dxa"/>
              <w:left w:w="90" w:type="dxa"/>
              <w:bottom w:w="60" w:type="dxa"/>
              <w:right w:w="90" w:type="dxa"/>
            </w:tcMar>
            <w:vAlign w:val="center"/>
          </w:tcPr>
          <w:p w14:paraId="5FAA32BF" w14:textId="77777777" w:rsidR="0065164B" w:rsidRDefault="004A3C10">
            <w:pPr>
              <w:spacing w:after="0" w:line="240" w:lineRule="auto"/>
            </w:pPr>
            <w:r>
              <w:rPr>
                <w:b/>
                <w:sz w:val="18"/>
              </w:rPr>
              <w:t>11:00 AM - 11:30 AM</w:t>
            </w:r>
          </w:p>
        </w:tc>
        <w:tc>
          <w:tcPr>
            <w:tcW w:w="6696" w:type="dxa"/>
            <w:tcMar>
              <w:top w:w="60" w:type="dxa"/>
              <w:left w:w="90" w:type="dxa"/>
              <w:bottom w:w="60" w:type="dxa"/>
              <w:right w:w="90" w:type="dxa"/>
            </w:tcMar>
            <w:vAlign w:val="center"/>
          </w:tcPr>
          <w:p w14:paraId="1F69A03B" w14:textId="77777777" w:rsidR="0065164B" w:rsidRDefault="004A3C10">
            <w:pPr>
              <w:spacing w:after="0" w:line="240" w:lineRule="auto"/>
            </w:pPr>
            <w:r>
              <w:rPr>
                <w:sz w:val="18"/>
              </w:rPr>
              <w:t>2015 vs 2025 ATA Thyroid Cancer Guidelines: What Has Actually Changed?</w:t>
            </w:r>
          </w:p>
        </w:tc>
      </w:tr>
      <w:tr w:rsidR="0065164B" w14:paraId="315D404A" w14:textId="77777777">
        <w:tc>
          <w:tcPr>
            <w:tcW w:w="2664" w:type="dxa"/>
            <w:tcMar>
              <w:top w:w="60" w:type="dxa"/>
              <w:left w:w="90" w:type="dxa"/>
              <w:bottom w:w="60" w:type="dxa"/>
              <w:right w:w="90" w:type="dxa"/>
            </w:tcMar>
            <w:vAlign w:val="center"/>
          </w:tcPr>
          <w:p w14:paraId="2C8CFBCA" w14:textId="77777777" w:rsidR="0065164B" w:rsidRDefault="004A3C10">
            <w:pPr>
              <w:spacing w:after="0" w:line="240" w:lineRule="auto"/>
            </w:pPr>
            <w:r>
              <w:rPr>
                <w:b/>
                <w:sz w:val="18"/>
              </w:rPr>
              <w:t>11:30 AM - 11:50 AM</w:t>
            </w:r>
          </w:p>
        </w:tc>
        <w:tc>
          <w:tcPr>
            <w:tcW w:w="6696" w:type="dxa"/>
            <w:tcMar>
              <w:top w:w="60" w:type="dxa"/>
              <w:left w:w="90" w:type="dxa"/>
              <w:bottom w:w="60" w:type="dxa"/>
              <w:right w:w="90" w:type="dxa"/>
            </w:tcMar>
            <w:vAlign w:val="center"/>
          </w:tcPr>
          <w:p w14:paraId="37A433A0" w14:textId="77777777" w:rsidR="0065164B" w:rsidRDefault="004A3C10">
            <w:pPr>
              <w:spacing w:after="0" w:line="240" w:lineRule="auto"/>
            </w:pPr>
            <w:r>
              <w:rPr>
                <w:sz w:val="18"/>
              </w:rPr>
              <w:t>Contemporary Surgical Management of Thyroid Cancer: Balancing Oncologic Control and Quality of Life</w:t>
            </w:r>
          </w:p>
        </w:tc>
      </w:tr>
      <w:tr w:rsidR="0065164B" w14:paraId="3386723E" w14:textId="77777777">
        <w:tc>
          <w:tcPr>
            <w:tcW w:w="2664" w:type="dxa"/>
            <w:tcMar>
              <w:top w:w="60" w:type="dxa"/>
              <w:left w:w="90" w:type="dxa"/>
              <w:bottom w:w="60" w:type="dxa"/>
              <w:right w:w="90" w:type="dxa"/>
            </w:tcMar>
            <w:vAlign w:val="center"/>
          </w:tcPr>
          <w:p w14:paraId="61783571" w14:textId="77777777" w:rsidR="0065164B" w:rsidRDefault="004A3C10">
            <w:pPr>
              <w:spacing w:after="0" w:line="240" w:lineRule="auto"/>
            </w:pPr>
            <w:r>
              <w:rPr>
                <w:b/>
                <w:sz w:val="18"/>
              </w:rPr>
              <w:t>11:50 AM - 12:10 PM</w:t>
            </w:r>
          </w:p>
        </w:tc>
        <w:tc>
          <w:tcPr>
            <w:tcW w:w="6696" w:type="dxa"/>
            <w:tcMar>
              <w:top w:w="60" w:type="dxa"/>
              <w:left w:w="90" w:type="dxa"/>
              <w:bottom w:w="60" w:type="dxa"/>
              <w:right w:w="90" w:type="dxa"/>
            </w:tcMar>
            <w:vAlign w:val="center"/>
          </w:tcPr>
          <w:p w14:paraId="5BA712BB" w14:textId="77777777" w:rsidR="0065164B" w:rsidRDefault="004A3C10">
            <w:pPr>
              <w:spacing w:after="0" w:line="240" w:lineRule="auto"/>
            </w:pPr>
            <w:r>
              <w:rPr>
                <w:sz w:val="18"/>
              </w:rPr>
              <w:t>NASOIE Certification Awards Ceremony</w:t>
            </w:r>
          </w:p>
        </w:tc>
      </w:tr>
      <w:tr w:rsidR="0065164B" w14:paraId="45516361" w14:textId="77777777">
        <w:tc>
          <w:tcPr>
            <w:tcW w:w="2664" w:type="dxa"/>
            <w:tcMar>
              <w:top w:w="60" w:type="dxa"/>
              <w:left w:w="90" w:type="dxa"/>
              <w:bottom w:w="60" w:type="dxa"/>
              <w:right w:w="90" w:type="dxa"/>
            </w:tcMar>
            <w:vAlign w:val="center"/>
          </w:tcPr>
          <w:p w14:paraId="47D973FD" w14:textId="77777777" w:rsidR="0065164B" w:rsidRDefault="004A3C10">
            <w:pPr>
              <w:spacing w:after="0" w:line="240" w:lineRule="auto"/>
            </w:pPr>
            <w:r>
              <w:rPr>
                <w:b/>
                <w:sz w:val="18"/>
              </w:rPr>
              <w:lastRenderedPageBreak/>
              <w:t>12:10 PM - 1:00 PM</w:t>
            </w:r>
          </w:p>
        </w:tc>
        <w:tc>
          <w:tcPr>
            <w:tcW w:w="6696" w:type="dxa"/>
            <w:tcMar>
              <w:top w:w="60" w:type="dxa"/>
              <w:left w:w="90" w:type="dxa"/>
              <w:bottom w:w="60" w:type="dxa"/>
              <w:right w:w="90" w:type="dxa"/>
            </w:tcMar>
            <w:vAlign w:val="center"/>
          </w:tcPr>
          <w:p w14:paraId="7C4384FA" w14:textId="77777777" w:rsidR="0065164B" w:rsidRDefault="004A3C10">
            <w:pPr>
              <w:spacing w:after="0" w:line="240" w:lineRule="auto"/>
            </w:pPr>
            <w:r>
              <w:rPr>
                <w:sz w:val="18"/>
              </w:rPr>
              <w:t>Industry-Sponsored Lunch Symposium</w:t>
            </w:r>
          </w:p>
        </w:tc>
      </w:tr>
      <w:tr w:rsidR="0065164B" w14:paraId="683177EC" w14:textId="77777777">
        <w:tc>
          <w:tcPr>
            <w:tcW w:w="2664" w:type="dxa"/>
            <w:tcMar>
              <w:top w:w="60" w:type="dxa"/>
              <w:left w:w="90" w:type="dxa"/>
              <w:bottom w:w="60" w:type="dxa"/>
              <w:right w:w="90" w:type="dxa"/>
            </w:tcMar>
            <w:vAlign w:val="center"/>
          </w:tcPr>
          <w:p w14:paraId="5E5E641E" w14:textId="77777777" w:rsidR="0065164B" w:rsidRDefault="004A3C10">
            <w:pPr>
              <w:spacing w:after="0" w:line="240" w:lineRule="auto"/>
            </w:pPr>
            <w:r>
              <w:rPr>
                <w:b/>
                <w:sz w:val="18"/>
              </w:rPr>
              <w:t>1:00 PM - 1:30 PM</w:t>
            </w:r>
          </w:p>
        </w:tc>
        <w:tc>
          <w:tcPr>
            <w:tcW w:w="6696" w:type="dxa"/>
            <w:tcMar>
              <w:top w:w="60" w:type="dxa"/>
              <w:left w:w="90" w:type="dxa"/>
              <w:bottom w:w="60" w:type="dxa"/>
              <w:right w:w="90" w:type="dxa"/>
            </w:tcMar>
            <w:vAlign w:val="center"/>
          </w:tcPr>
          <w:p w14:paraId="6633B19B" w14:textId="77777777" w:rsidR="0065164B" w:rsidRDefault="004A3C10">
            <w:pPr>
              <w:spacing w:after="0" w:line="240" w:lineRule="auto"/>
            </w:pPr>
            <w:r>
              <w:rPr>
                <w:sz w:val="18"/>
              </w:rPr>
              <w:t>Coffee Break / Exhibits</w:t>
            </w:r>
          </w:p>
        </w:tc>
      </w:tr>
      <w:tr w:rsidR="0065164B" w14:paraId="37FB0EFC" w14:textId="77777777">
        <w:tc>
          <w:tcPr>
            <w:tcW w:w="2664" w:type="dxa"/>
            <w:tcMar>
              <w:top w:w="60" w:type="dxa"/>
              <w:left w:w="90" w:type="dxa"/>
              <w:bottom w:w="60" w:type="dxa"/>
              <w:right w:w="90" w:type="dxa"/>
            </w:tcMar>
            <w:vAlign w:val="center"/>
          </w:tcPr>
          <w:p w14:paraId="4CD29929" w14:textId="77777777" w:rsidR="0065164B" w:rsidRDefault="004A3C10">
            <w:pPr>
              <w:spacing w:after="0" w:line="240" w:lineRule="auto"/>
            </w:pPr>
            <w:r>
              <w:rPr>
                <w:b/>
                <w:sz w:val="18"/>
              </w:rPr>
              <w:t>1:30 PM - 2:00 PM</w:t>
            </w:r>
          </w:p>
        </w:tc>
        <w:tc>
          <w:tcPr>
            <w:tcW w:w="6696" w:type="dxa"/>
            <w:tcMar>
              <w:top w:w="60" w:type="dxa"/>
              <w:left w:w="90" w:type="dxa"/>
              <w:bottom w:w="60" w:type="dxa"/>
              <w:right w:w="90" w:type="dxa"/>
            </w:tcMar>
            <w:vAlign w:val="center"/>
          </w:tcPr>
          <w:p w14:paraId="464AA079" w14:textId="77777777" w:rsidR="0065164B" w:rsidRDefault="004A3C10">
            <w:pPr>
              <w:spacing w:after="0" w:line="240" w:lineRule="auto"/>
            </w:pPr>
            <w:r>
              <w:rPr>
                <w:sz w:val="18"/>
              </w:rPr>
              <w:t>Updated Guidelines for Thyroid Disease in Pregnancy</w:t>
            </w:r>
          </w:p>
        </w:tc>
      </w:tr>
      <w:tr w:rsidR="0065164B" w14:paraId="60F693E9" w14:textId="77777777">
        <w:tc>
          <w:tcPr>
            <w:tcW w:w="2664" w:type="dxa"/>
            <w:tcMar>
              <w:top w:w="60" w:type="dxa"/>
              <w:left w:w="90" w:type="dxa"/>
              <w:bottom w:w="60" w:type="dxa"/>
              <w:right w:w="90" w:type="dxa"/>
            </w:tcMar>
            <w:vAlign w:val="center"/>
          </w:tcPr>
          <w:p w14:paraId="357AA8E6" w14:textId="77777777" w:rsidR="0065164B" w:rsidRDefault="004A3C10">
            <w:pPr>
              <w:spacing w:after="0" w:line="240" w:lineRule="auto"/>
            </w:pPr>
            <w:r>
              <w:rPr>
                <w:b/>
                <w:sz w:val="18"/>
              </w:rPr>
              <w:t>2:00 PM - 2:30 PM</w:t>
            </w:r>
          </w:p>
        </w:tc>
        <w:tc>
          <w:tcPr>
            <w:tcW w:w="6696" w:type="dxa"/>
            <w:tcMar>
              <w:top w:w="60" w:type="dxa"/>
              <w:left w:w="90" w:type="dxa"/>
              <w:bottom w:w="60" w:type="dxa"/>
              <w:right w:w="90" w:type="dxa"/>
            </w:tcMar>
            <w:vAlign w:val="center"/>
          </w:tcPr>
          <w:p w14:paraId="3DAE40BE" w14:textId="6F6E2897" w:rsidR="0065164B" w:rsidRPr="005A4282" w:rsidRDefault="005A4282">
            <w:pPr>
              <w:spacing w:after="0" w:line="240" w:lineRule="auto"/>
              <w:rPr>
                <w:sz w:val="18"/>
                <w:szCs w:val="18"/>
              </w:rPr>
            </w:pPr>
            <w:r w:rsidRPr="005A4282">
              <w:rPr>
                <w:sz w:val="18"/>
                <w:szCs w:val="18"/>
              </w:rPr>
              <w:t>Beyond Surveillance: Quality of Life and Practical Care for Thyroid Cancer Survivors</w:t>
            </w:r>
          </w:p>
        </w:tc>
      </w:tr>
      <w:tr w:rsidR="0065164B" w14:paraId="740E24D4" w14:textId="77777777">
        <w:tc>
          <w:tcPr>
            <w:tcW w:w="2664" w:type="dxa"/>
            <w:tcMar>
              <w:top w:w="60" w:type="dxa"/>
              <w:left w:w="90" w:type="dxa"/>
              <w:bottom w:w="60" w:type="dxa"/>
              <w:right w:w="90" w:type="dxa"/>
            </w:tcMar>
            <w:vAlign w:val="center"/>
          </w:tcPr>
          <w:p w14:paraId="6E953825" w14:textId="77777777" w:rsidR="0065164B" w:rsidRDefault="004A3C10">
            <w:pPr>
              <w:spacing w:after="0" w:line="240" w:lineRule="auto"/>
            </w:pPr>
            <w:r>
              <w:rPr>
                <w:b/>
                <w:sz w:val="18"/>
              </w:rPr>
              <w:t>2:30 PM - 3:00 PM</w:t>
            </w:r>
          </w:p>
        </w:tc>
        <w:tc>
          <w:tcPr>
            <w:tcW w:w="6696" w:type="dxa"/>
            <w:tcMar>
              <w:top w:w="60" w:type="dxa"/>
              <w:left w:w="90" w:type="dxa"/>
              <w:bottom w:w="60" w:type="dxa"/>
              <w:right w:w="90" w:type="dxa"/>
            </w:tcMar>
            <w:vAlign w:val="center"/>
          </w:tcPr>
          <w:p w14:paraId="6D97CFDC" w14:textId="77777777" w:rsidR="0065164B" w:rsidRDefault="004A3C10">
            <w:pPr>
              <w:spacing w:after="0" w:line="240" w:lineRule="auto"/>
            </w:pPr>
            <w:r>
              <w:rPr>
                <w:sz w:val="18"/>
              </w:rPr>
              <w:t>Exhibits / Networking / Photo</w:t>
            </w:r>
          </w:p>
        </w:tc>
      </w:tr>
    </w:tbl>
    <w:p w14:paraId="5DA7C73C" w14:textId="77777777" w:rsidR="0065164B" w:rsidRDefault="004A3C10">
      <w:pPr>
        <w:pStyle w:val="Heading2"/>
      </w:pPr>
      <w:r>
        <w:t>Sunday, February 21, 2027</w:t>
      </w:r>
    </w:p>
    <w:tbl>
      <w:tblPr>
        <w:tblW w:w="9360" w:type="dxa"/>
        <w:tblBorders>
          <w:top w:val="single" w:sz="4" w:space="0" w:color="D9E2F3"/>
          <w:left w:val="single" w:sz="4" w:space="0" w:color="D9E2F3"/>
          <w:bottom w:val="single" w:sz="4" w:space="0" w:color="D9E2F3"/>
          <w:right w:val="single" w:sz="4" w:space="0" w:color="D9E2F3"/>
          <w:insideH w:val="single" w:sz="4" w:space="0" w:color="D9E2F3"/>
          <w:insideV w:val="single" w:sz="4" w:space="0" w:color="D9E2F3"/>
        </w:tblBorders>
        <w:tblLayout w:type="fixed"/>
        <w:tblCellMar>
          <w:top w:w="60" w:type="dxa"/>
          <w:left w:w="90" w:type="dxa"/>
          <w:bottom w:w="60" w:type="dxa"/>
          <w:right w:w="90" w:type="dxa"/>
        </w:tblCellMar>
        <w:tblLook w:val="04A0" w:firstRow="1" w:lastRow="0" w:firstColumn="1" w:lastColumn="0" w:noHBand="0" w:noVBand="1"/>
      </w:tblPr>
      <w:tblGrid>
        <w:gridCol w:w="2664"/>
        <w:gridCol w:w="6696"/>
      </w:tblGrid>
      <w:tr w:rsidR="0065164B" w14:paraId="4C0B72EC" w14:textId="77777777">
        <w:trPr>
          <w:tblHeader/>
        </w:trPr>
        <w:tc>
          <w:tcPr>
            <w:tcW w:w="2664" w:type="dxa"/>
            <w:shd w:val="clear" w:color="auto" w:fill="17365D"/>
            <w:tcMar>
              <w:top w:w="80" w:type="dxa"/>
              <w:left w:w="90" w:type="dxa"/>
              <w:bottom w:w="80" w:type="dxa"/>
              <w:right w:w="90" w:type="dxa"/>
            </w:tcMar>
            <w:vAlign w:val="center"/>
          </w:tcPr>
          <w:p w14:paraId="08932A22" w14:textId="77777777" w:rsidR="0065164B" w:rsidRDefault="004A3C10">
            <w:pPr>
              <w:spacing w:after="0" w:line="240" w:lineRule="auto"/>
              <w:jc w:val="center"/>
            </w:pPr>
            <w:r>
              <w:rPr>
                <w:b/>
                <w:color w:val="FFFFFF"/>
                <w:sz w:val="18"/>
              </w:rPr>
              <w:t>Time</w:t>
            </w:r>
          </w:p>
        </w:tc>
        <w:tc>
          <w:tcPr>
            <w:tcW w:w="6696" w:type="dxa"/>
            <w:shd w:val="clear" w:color="auto" w:fill="17365D"/>
            <w:tcMar>
              <w:top w:w="80" w:type="dxa"/>
              <w:left w:w="90" w:type="dxa"/>
              <w:bottom w:w="80" w:type="dxa"/>
              <w:right w:w="90" w:type="dxa"/>
            </w:tcMar>
            <w:vAlign w:val="center"/>
          </w:tcPr>
          <w:p w14:paraId="10C40BF5" w14:textId="77777777" w:rsidR="0065164B" w:rsidRDefault="004A3C10">
            <w:pPr>
              <w:spacing w:after="0" w:line="240" w:lineRule="auto"/>
              <w:jc w:val="center"/>
            </w:pPr>
            <w:r>
              <w:rPr>
                <w:b/>
                <w:color w:val="FFFFFF"/>
                <w:sz w:val="18"/>
              </w:rPr>
              <w:t>Session</w:t>
            </w:r>
          </w:p>
        </w:tc>
      </w:tr>
      <w:tr w:rsidR="0065164B" w14:paraId="10BEDCA1" w14:textId="77777777">
        <w:tc>
          <w:tcPr>
            <w:tcW w:w="2664" w:type="dxa"/>
            <w:tcMar>
              <w:top w:w="60" w:type="dxa"/>
              <w:left w:w="90" w:type="dxa"/>
              <w:bottom w:w="60" w:type="dxa"/>
              <w:right w:w="90" w:type="dxa"/>
            </w:tcMar>
            <w:vAlign w:val="center"/>
          </w:tcPr>
          <w:p w14:paraId="6E44950F" w14:textId="77777777" w:rsidR="0065164B" w:rsidRDefault="004A3C10">
            <w:pPr>
              <w:spacing w:after="0" w:line="240" w:lineRule="auto"/>
            </w:pPr>
            <w:r>
              <w:rPr>
                <w:b/>
                <w:sz w:val="18"/>
              </w:rPr>
              <w:t>8:00 AM - 9:00 AM</w:t>
            </w:r>
          </w:p>
        </w:tc>
        <w:tc>
          <w:tcPr>
            <w:tcW w:w="6696" w:type="dxa"/>
            <w:tcMar>
              <w:top w:w="60" w:type="dxa"/>
              <w:left w:w="90" w:type="dxa"/>
              <w:bottom w:w="60" w:type="dxa"/>
              <w:right w:w="90" w:type="dxa"/>
            </w:tcMar>
            <w:vAlign w:val="center"/>
          </w:tcPr>
          <w:p w14:paraId="58174BAC" w14:textId="77777777" w:rsidR="0065164B" w:rsidRDefault="004A3C10">
            <w:pPr>
              <w:spacing w:after="0" w:line="240" w:lineRule="auto"/>
            </w:pPr>
            <w:r>
              <w:rPr>
                <w:sz w:val="18"/>
              </w:rPr>
              <w:t>Registration / Breakfast / Exhibits</w:t>
            </w:r>
          </w:p>
        </w:tc>
      </w:tr>
      <w:tr w:rsidR="0065164B" w14:paraId="470E28EC" w14:textId="77777777">
        <w:tc>
          <w:tcPr>
            <w:tcW w:w="2664" w:type="dxa"/>
            <w:tcMar>
              <w:top w:w="60" w:type="dxa"/>
              <w:left w:w="90" w:type="dxa"/>
              <w:bottom w:w="60" w:type="dxa"/>
              <w:right w:w="90" w:type="dxa"/>
            </w:tcMar>
            <w:vAlign w:val="center"/>
          </w:tcPr>
          <w:p w14:paraId="0522C97C" w14:textId="77777777" w:rsidR="0065164B" w:rsidRDefault="004A3C10">
            <w:pPr>
              <w:spacing w:after="0" w:line="240" w:lineRule="auto"/>
            </w:pPr>
            <w:r>
              <w:rPr>
                <w:b/>
                <w:sz w:val="18"/>
              </w:rPr>
              <w:t>9:00 AM - 9:45 AM</w:t>
            </w:r>
          </w:p>
        </w:tc>
        <w:tc>
          <w:tcPr>
            <w:tcW w:w="6696" w:type="dxa"/>
            <w:tcMar>
              <w:top w:w="60" w:type="dxa"/>
              <w:left w:w="90" w:type="dxa"/>
              <w:bottom w:w="60" w:type="dxa"/>
              <w:right w:w="90" w:type="dxa"/>
            </w:tcMar>
            <w:vAlign w:val="center"/>
          </w:tcPr>
          <w:p w14:paraId="229847FB" w14:textId="77777777" w:rsidR="0065164B" w:rsidRDefault="004A3C10">
            <w:pPr>
              <w:spacing w:after="0" w:line="240" w:lineRule="auto"/>
            </w:pPr>
            <w:r>
              <w:rPr>
                <w:sz w:val="18"/>
              </w:rPr>
              <w:t>Industry-Sponsored Breakfast Symposium</w:t>
            </w:r>
          </w:p>
        </w:tc>
      </w:tr>
      <w:tr w:rsidR="0065164B" w14:paraId="3F1E41CA" w14:textId="77777777">
        <w:tc>
          <w:tcPr>
            <w:tcW w:w="2664" w:type="dxa"/>
            <w:tcMar>
              <w:top w:w="60" w:type="dxa"/>
              <w:left w:w="90" w:type="dxa"/>
              <w:bottom w:w="60" w:type="dxa"/>
              <w:right w:w="90" w:type="dxa"/>
            </w:tcMar>
            <w:vAlign w:val="center"/>
          </w:tcPr>
          <w:p w14:paraId="0544BD2E" w14:textId="77777777" w:rsidR="0065164B" w:rsidRDefault="004A3C10">
            <w:pPr>
              <w:spacing w:after="0" w:line="240" w:lineRule="auto"/>
            </w:pPr>
            <w:r>
              <w:rPr>
                <w:b/>
                <w:sz w:val="18"/>
              </w:rPr>
              <w:t>9:45 AM - 9:50 AM</w:t>
            </w:r>
          </w:p>
        </w:tc>
        <w:tc>
          <w:tcPr>
            <w:tcW w:w="6696" w:type="dxa"/>
            <w:tcMar>
              <w:top w:w="60" w:type="dxa"/>
              <w:left w:w="90" w:type="dxa"/>
              <w:bottom w:w="60" w:type="dxa"/>
              <w:right w:w="90" w:type="dxa"/>
            </w:tcMar>
            <w:vAlign w:val="center"/>
          </w:tcPr>
          <w:p w14:paraId="391A4037" w14:textId="77777777" w:rsidR="0065164B" w:rsidRDefault="004A3C10">
            <w:pPr>
              <w:spacing w:after="0" w:line="240" w:lineRule="auto"/>
            </w:pPr>
            <w:r>
              <w:rPr>
                <w:sz w:val="18"/>
              </w:rPr>
              <w:t>Day 2 Welcome Remarks</w:t>
            </w:r>
          </w:p>
        </w:tc>
      </w:tr>
      <w:tr w:rsidR="0065164B" w14:paraId="36D2E717" w14:textId="77777777">
        <w:tc>
          <w:tcPr>
            <w:tcW w:w="2664" w:type="dxa"/>
            <w:tcMar>
              <w:top w:w="60" w:type="dxa"/>
              <w:left w:w="90" w:type="dxa"/>
              <w:bottom w:w="60" w:type="dxa"/>
              <w:right w:w="90" w:type="dxa"/>
            </w:tcMar>
            <w:vAlign w:val="center"/>
          </w:tcPr>
          <w:p w14:paraId="06CECAFD" w14:textId="77777777" w:rsidR="0065164B" w:rsidRDefault="004A3C10">
            <w:pPr>
              <w:spacing w:after="0" w:line="240" w:lineRule="auto"/>
            </w:pPr>
            <w:r>
              <w:rPr>
                <w:b/>
                <w:sz w:val="18"/>
              </w:rPr>
              <w:t>9:50 AM - 10:10 AM</w:t>
            </w:r>
          </w:p>
        </w:tc>
        <w:tc>
          <w:tcPr>
            <w:tcW w:w="6696" w:type="dxa"/>
            <w:tcMar>
              <w:top w:w="60" w:type="dxa"/>
              <w:left w:w="90" w:type="dxa"/>
              <w:bottom w:w="60" w:type="dxa"/>
              <w:right w:w="90" w:type="dxa"/>
            </w:tcMar>
            <w:vAlign w:val="center"/>
          </w:tcPr>
          <w:p w14:paraId="464DEEE7" w14:textId="77777777" w:rsidR="0065164B" w:rsidRDefault="004A3C10">
            <w:pPr>
              <w:spacing w:after="0" w:line="240" w:lineRule="auto"/>
            </w:pPr>
            <w:r>
              <w:rPr>
                <w:sz w:val="18"/>
              </w:rPr>
              <w:t>Toxic Nodules: Surgery vs Radioiodine vs Thermal Ablation</w:t>
            </w:r>
          </w:p>
        </w:tc>
      </w:tr>
      <w:tr w:rsidR="0065164B" w14:paraId="1B698E58" w14:textId="77777777">
        <w:tc>
          <w:tcPr>
            <w:tcW w:w="2664" w:type="dxa"/>
            <w:tcMar>
              <w:top w:w="60" w:type="dxa"/>
              <w:left w:w="90" w:type="dxa"/>
              <w:bottom w:w="60" w:type="dxa"/>
              <w:right w:w="90" w:type="dxa"/>
            </w:tcMar>
            <w:vAlign w:val="center"/>
          </w:tcPr>
          <w:p w14:paraId="53F828A8" w14:textId="77777777" w:rsidR="0065164B" w:rsidRDefault="004A3C10">
            <w:pPr>
              <w:spacing w:after="0" w:line="240" w:lineRule="auto"/>
            </w:pPr>
            <w:r>
              <w:rPr>
                <w:b/>
                <w:sz w:val="18"/>
              </w:rPr>
              <w:t>10:10 AM - 10:40 AM</w:t>
            </w:r>
          </w:p>
        </w:tc>
        <w:tc>
          <w:tcPr>
            <w:tcW w:w="6696" w:type="dxa"/>
            <w:tcMar>
              <w:top w:w="60" w:type="dxa"/>
              <w:left w:w="90" w:type="dxa"/>
              <w:bottom w:w="60" w:type="dxa"/>
              <w:right w:w="90" w:type="dxa"/>
            </w:tcMar>
            <w:vAlign w:val="center"/>
          </w:tcPr>
          <w:p w14:paraId="723CA3EC" w14:textId="77777777" w:rsidR="0065164B" w:rsidRDefault="004A3C10">
            <w:pPr>
              <w:spacing w:after="0" w:line="240" w:lineRule="auto"/>
            </w:pPr>
            <w:r>
              <w:rPr>
                <w:sz w:val="18"/>
              </w:rPr>
              <w:t>Coffee Break / Exhibits</w:t>
            </w:r>
          </w:p>
        </w:tc>
      </w:tr>
      <w:tr w:rsidR="0065164B" w14:paraId="29737C56" w14:textId="77777777">
        <w:tc>
          <w:tcPr>
            <w:tcW w:w="2664" w:type="dxa"/>
            <w:tcMar>
              <w:top w:w="60" w:type="dxa"/>
              <w:left w:w="90" w:type="dxa"/>
              <w:bottom w:w="60" w:type="dxa"/>
              <w:right w:w="90" w:type="dxa"/>
            </w:tcMar>
            <w:vAlign w:val="center"/>
          </w:tcPr>
          <w:p w14:paraId="3B869851" w14:textId="77777777" w:rsidR="0065164B" w:rsidRDefault="004A3C10">
            <w:pPr>
              <w:spacing w:after="0" w:line="240" w:lineRule="auto"/>
            </w:pPr>
            <w:r>
              <w:rPr>
                <w:b/>
                <w:sz w:val="18"/>
              </w:rPr>
              <w:t>10:40 AM - 11:10 AM</w:t>
            </w:r>
          </w:p>
        </w:tc>
        <w:tc>
          <w:tcPr>
            <w:tcW w:w="6696" w:type="dxa"/>
            <w:tcMar>
              <w:top w:w="60" w:type="dxa"/>
              <w:left w:w="90" w:type="dxa"/>
              <w:bottom w:w="60" w:type="dxa"/>
              <w:right w:w="90" w:type="dxa"/>
            </w:tcMar>
            <w:vAlign w:val="center"/>
          </w:tcPr>
          <w:p w14:paraId="358E26CE" w14:textId="77777777" w:rsidR="0065164B" w:rsidRDefault="004A3C10">
            <w:pPr>
              <w:spacing w:after="0" w:line="240" w:lineRule="auto"/>
            </w:pPr>
            <w:r>
              <w:rPr>
                <w:sz w:val="18"/>
              </w:rPr>
              <w:t>Ablation of Primary Thyroid Cancer: Current Evidence and Patient Selection</w:t>
            </w:r>
          </w:p>
        </w:tc>
      </w:tr>
      <w:tr w:rsidR="0065164B" w14:paraId="3C19C8FF" w14:textId="77777777">
        <w:tc>
          <w:tcPr>
            <w:tcW w:w="2664" w:type="dxa"/>
            <w:tcMar>
              <w:top w:w="60" w:type="dxa"/>
              <w:left w:w="90" w:type="dxa"/>
              <w:bottom w:w="60" w:type="dxa"/>
              <w:right w:w="90" w:type="dxa"/>
            </w:tcMar>
            <w:vAlign w:val="center"/>
          </w:tcPr>
          <w:p w14:paraId="4E75BE5E" w14:textId="77777777" w:rsidR="0065164B" w:rsidRDefault="004A3C10">
            <w:pPr>
              <w:spacing w:after="0" w:line="240" w:lineRule="auto"/>
            </w:pPr>
            <w:r>
              <w:rPr>
                <w:b/>
                <w:sz w:val="18"/>
              </w:rPr>
              <w:t>11:10 AM - 12:10 PM</w:t>
            </w:r>
          </w:p>
        </w:tc>
        <w:tc>
          <w:tcPr>
            <w:tcW w:w="6696" w:type="dxa"/>
            <w:tcMar>
              <w:top w:w="60" w:type="dxa"/>
              <w:left w:w="90" w:type="dxa"/>
              <w:bottom w:w="60" w:type="dxa"/>
              <w:right w:w="90" w:type="dxa"/>
            </w:tcMar>
            <w:vAlign w:val="center"/>
          </w:tcPr>
          <w:p w14:paraId="1614EECC" w14:textId="77777777" w:rsidR="0065164B" w:rsidRDefault="004A3C10">
            <w:pPr>
              <w:spacing w:after="0" w:line="240" w:lineRule="auto"/>
            </w:pPr>
            <w:r>
              <w:rPr>
                <w:sz w:val="18"/>
              </w:rPr>
              <w:t>Interactive Multidisciplinary Thyroid Tumor Board</w:t>
            </w:r>
          </w:p>
        </w:tc>
      </w:tr>
      <w:tr w:rsidR="0065164B" w14:paraId="103929D4" w14:textId="77777777">
        <w:tc>
          <w:tcPr>
            <w:tcW w:w="2664" w:type="dxa"/>
            <w:tcMar>
              <w:top w:w="60" w:type="dxa"/>
              <w:left w:w="90" w:type="dxa"/>
              <w:bottom w:w="60" w:type="dxa"/>
              <w:right w:w="90" w:type="dxa"/>
            </w:tcMar>
            <w:vAlign w:val="center"/>
          </w:tcPr>
          <w:p w14:paraId="4440C404" w14:textId="77777777" w:rsidR="0065164B" w:rsidRDefault="004A3C10">
            <w:pPr>
              <w:spacing w:after="0" w:line="240" w:lineRule="auto"/>
            </w:pPr>
            <w:r>
              <w:rPr>
                <w:b/>
                <w:sz w:val="18"/>
              </w:rPr>
              <w:t>12:10 PM - 1:00 PM</w:t>
            </w:r>
          </w:p>
        </w:tc>
        <w:tc>
          <w:tcPr>
            <w:tcW w:w="6696" w:type="dxa"/>
            <w:tcMar>
              <w:top w:w="60" w:type="dxa"/>
              <w:left w:w="90" w:type="dxa"/>
              <w:bottom w:w="60" w:type="dxa"/>
              <w:right w:w="90" w:type="dxa"/>
            </w:tcMar>
            <w:vAlign w:val="center"/>
          </w:tcPr>
          <w:p w14:paraId="03AC9E14" w14:textId="77777777" w:rsidR="0065164B" w:rsidRDefault="004A3C10">
            <w:pPr>
              <w:spacing w:after="0" w:line="240" w:lineRule="auto"/>
            </w:pPr>
            <w:r>
              <w:rPr>
                <w:sz w:val="18"/>
              </w:rPr>
              <w:t>Industry-Sponsored Lunch Symposium</w:t>
            </w:r>
          </w:p>
        </w:tc>
      </w:tr>
      <w:tr w:rsidR="0065164B" w14:paraId="7F30959D" w14:textId="77777777">
        <w:tc>
          <w:tcPr>
            <w:tcW w:w="2664" w:type="dxa"/>
            <w:tcMar>
              <w:top w:w="60" w:type="dxa"/>
              <w:left w:w="90" w:type="dxa"/>
              <w:bottom w:w="60" w:type="dxa"/>
              <w:right w:w="90" w:type="dxa"/>
            </w:tcMar>
            <w:vAlign w:val="center"/>
          </w:tcPr>
          <w:p w14:paraId="7C066535" w14:textId="77777777" w:rsidR="0065164B" w:rsidRDefault="004A3C10">
            <w:pPr>
              <w:spacing w:after="0" w:line="240" w:lineRule="auto"/>
            </w:pPr>
            <w:r>
              <w:rPr>
                <w:b/>
                <w:sz w:val="18"/>
              </w:rPr>
              <w:t>1:00 PM - 1:30 PM</w:t>
            </w:r>
          </w:p>
        </w:tc>
        <w:tc>
          <w:tcPr>
            <w:tcW w:w="6696" w:type="dxa"/>
            <w:tcMar>
              <w:top w:w="60" w:type="dxa"/>
              <w:left w:w="90" w:type="dxa"/>
              <w:bottom w:w="60" w:type="dxa"/>
              <w:right w:w="90" w:type="dxa"/>
            </w:tcMar>
            <w:vAlign w:val="center"/>
          </w:tcPr>
          <w:p w14:paraId="1C658F21" w14:textId="77777777" w:rsidR="0065164B" w:rsidRDefault="004A3C10">
            <w:pPr>
              <w:spacing w:after="0" w:line="240" w:lineRule="auto"/>
            </w:pPr>
            <w:r>
              <w:rPr>
                <w:sz w:val="18"/>
              </w:rPr>
              <w:t>Coffee Break / Exhibits</w:t>
            </w:r>
          </w:p>
        </w:tc>
      </w:tr>
      <w:tr w:rsidR="0065164B" w14:paraId="09FE4639" w14:textId="77777777">
        <w:tc>
          <w:tcPr>
            <w:tcW w:w="2664" w:type="dxa"/>
            <w:tcMar>
              <w:top w:w="60" w:type="dxa"/>
              <w:left w:w="90" w:type="dxa"/>
              <w:bottom w:w="60" w:type="dxa"/>
              <w:right w:w="90" w:type="dxa"/>
            </w:tcMar>
            <w:vAlign w:val="center"/>
          </w:tcPr>
          <w:p w14:paraId="05E8A3D2" w14:textId="77777777" w:rsidR="0065164B" w:rsidRDefault="004A3C10">
            <w:pPr>
              <w:spacing w:after="0" w:line="240" w:lineRule="auto"/>
            </w:pPr>
            <w:r>
              <w:rPr>
                <w:b/>
                <w:sz w:val="18"/>
              </w:rPr>
              <w:t>1:30 PM - 2:00 PM</w:t>
            </w:r>
          </w:p>
        </w:tc>
        <w:tc>
          <w:tcPr>
            <w:tcW w:w="6696" w:type="dxa"/>
            <w:tcMar>
              <w:top w:w="60" w:type="dxa"/>
              <w:left w:w="90" w:type="dxa"/>
              <w:bottom w:w="60" w:type="dxa"/>
              <w:right w:w="90" w:type="dxa"/>
            </w:tcMar>
            <w:vAlign w:val="center"/>
          </w:tcPr>
          <w:p w14:paraId="48E16576" w14:textId="77777777" w:rsidR="0065164B" w:rsidRDefault="004A3C10">
            <w:pPr>
              <w:spacing w:after="0" w:line="240" w:lineRule="auto"/>
            </w:pPr>
            <w:r>
              <w:rPr>
                <w:sz w:val="18"/>
              </w:rPr>
              <w:t>Challenging Cases &amp; Technical Pearls in Thyroid Ablation</w:t>
            </w:r>
          </w:p>
        </w:tc>
      </w:tr>
      <w:tr w:rsidR="0065164B" w14:paraId="583115FF" w14:textId="77777777">
        <w:tc>
          <w:tcPr>
            <w:tcW w:w="2664" w:type="dxa"/>
            <w:tcMar>
              <w:top w:w="60" w:type="dxa"/>
              <w:left w:w="90" w:type="dxa"/>
              <w:bottom w:w="60" w:type="dxa"/>
              <w:right w:w="90" w:type="dxa"/>
            </w:tcMar>
            <w:vAlign w:val="center"/>
          </w:tcPr>
          <w:p w14:paraId="7AD8B0D3" w14:textId="77777777" w:rsidR="0065164B" w:rsidRDefault="004A3C10">
            <w:pPr>
              <w:spacing w:after="0" w:line="240" w:lineRule="auto"/>
            </w:pPr>
            <w:r>
              <w:rPr>
                <w:b/>
                <w:sz w:val="18"/>
              </w:rPr>
              <w:t>2:00 PM</w:t>
            </w:r>
          </w:p>
        </w:tc>
        <w:tc>
          <w:tcPr>
            <w:tcW w:w="6696" w:type="dxa"/>
            <w:tcMar>
              <w:top w:w="60" w:type="dxa"/>
              <w:left w:w="90" w:type="dxa"/>
              <w:bottom w:w="60" w:type="dxa"/>
              <w:right w:w="90" w:type="dxa"/>
            </w:tcMar>
            <w:vAlign w:val="center"/>
          </w:tcPr>
          <w:p w14:paraId="660490BA" w14:textId="77777777" w:rsidR="0065164B" w:rsidRDefault="004A3C10">
            <w:pPr>
              <w:spacing w:after="0" w:line="240" w:lineRule="auto"/>
            </w:pPr>
            <w:r>
              <w:rPr>
                <w:sz w:val="18"/>
              </w:rPr>
              <w:t>Adjourn</w:t>
            </w:r>
          </w:p>
        </w:tc>
      </w:tr>
    </w:tbl>
    <w:p w14:paraId="6E25BD16" w14:textId="77777777" w:rsidR="0065164B" w:rsidRDefault="004A3C10">
      <w:pPr>
        <w:pStyle w:val="BodyText"/>
      </w:pPr>
      <w:r>
        <w:t>Agenda, speakers, session titles, and times are subject to change.</w:t>
      </w:r>
    </w:p>
    <w:p w14:paraId="38D3F2F3" w14:textId="77777777" w:rsidR="0065164B" w:rsidRDefault="004A3C10">
      <w:pPr>
        <w:pStyle w:val="Heading1"/>
      </w:pPr>
      <w:r>
        <w:t>Sponsor and Exhibitor Information</w:t>
      </w:r>
    </w:p>
    <w:p w14:paraId="361C14CB" w14:textId="77777777" w:rsidR="0065164B" w:rsidRDefault="004A3C10">
      <w:pPr>
        <w:pStyle w:val="Heading2"/>
      </w:pPr>
      <w:r>
        <w:t>Product Theaters</w:t>
      </w:r>
    </w:p>
    <w:p w14:paraId="6E567248" w14:textId="77777777" w:rsidR="0065164B" w:rsidRDefault="004A3C10">
      <w:pPr>
        <w:pStyle w:val="BodyText"/>
      </w:pPr>
      <w:r>
        <w:t>Product theater sponsors are responsible for the content of their product theater, including speaker selection, presentation content, speaker expenses, travel, honorarium, and related arrangements.</w:t>
      </w:r>
    </w:p>
    <w:p w14:paraId="056B1963" w14:textId="77777777" w:rsidR="0065164B" w:rsidRDefault="004A3C10">
      <w:pPr>
        <w:pStyle w:val="BodyText"/>
      </w:pPr>
      <w:r>
        <w:t>Food and beverage for breakfast and lunch product theaters are not included in the sponsorship fee. Food and beverage arrangements will be coordinated through the hotel, and the sponsor will be invoiced separately for those costs.</w:t>
      </w:r>
    </w:p>
    <w:p w14:paraId="78B9ADB9" w14:textId="77777777" w:rsidR="0065164B" w:rsidRDefault="004A3C10">
      <w:pPr>
        <w:pStyle w:val="BodyText"/>
      </w:pPr>
      <w:r>
        <w:t>No competing scientific sessions are scheduled during product theater time slots.</w:t>
      </w:r>
    </w:p>
    <w:p w14:paraId="064A8C58" w14:textId="77777777" w:rsidR="0065164B" w:rsidRDefault="004A3C10">
      <w:pPr>
        <w:pStyle w:val="Heading2"/>
      </w:pPr>
      <w:r>
        <w:t>Exhibitor Tables</w:t>
      </w:r>
    </w:p>
    <w:p w14:paraId="74F6C270" w14:textId="77777777" w:rsidR="0065164B" w:rsidRDefault="004A3C10">
      <w:pPr>
        <w:pStyle w:val="BodyText"/>
      </w:pPr>
      <w:r>
        <w:t>Each exhibitor booth includes one 6-foot table and two chairs. Exhibitors are responsible for any additional equipment, shipping, demonstrations, personnel, security, or special requirements.</w:t>
      </w:r>
    </w:p>
    <w:p w14:paraId="398E44EA" w14:textId="77777777" w:rsidR="0065164B" w:rsidRDefault="004A3C10">
      <w:pPr>
        <w:pStyle w:val="BodyText"/>
      </w:pPr>
      <w:r>
        <w:t>Electrical access and additional hotel services may be requested through the hotel and may be subject to additional hotel fees.</w:t>
      </w:r>
    </w:p>
    <w:p w14:paraId="21F69329" w14:textId="77777777" w:rsidR="0065164B" w:rsidRDefault="004A3C10">
      <w:pPr>
        <w:pStyle w:val="Heading2"/>
      </w:pPr>
      <w:r>
        <w:t>Sponsor Content and Vendor Disputes</w:t>
      </w:r>
    </w:p>
    <w:p w14:paraId="0B7850AF" w14:textId="77777777" w:rsidR="0065164B" w:rsidRDefault="004A3C10">
      <w:pPr>
        <w:pStyle w:val="BodyText"/>
      </w:pPr>
      <w:r>
        <w:t>Sponsors and exhibitors are responsible for the accuracy, content, claims, materials, presentations, and statements made by their representatives, speakers, employees, contractors, or invited presenters.</w:t>
      </w:r>
    </w:p>
    <w:p w14:paraId="21BBF350" w14:textId="77777777" w:rsidR="0065164B" w:rsidRDefault="004A3C10">
      <w:pPr>
        <w:pStyle w:val="BodyText"/>
      </w:pPr>
      <w:r>
        <w:t>NASOIE does not endorse, verify, or assume responsibility for sponsor or exhibitor claims, product theater content, promotional materials, or statements made by other sponsors, exhibitors, or third-party presenters.</w:t>
      </w:r>
    </w:p>
    <w:p w14:paraId="4271FE35" w14:textId="77777777" w:rsidR="0065164B" w:rsidRDefault="004A3C10">
      <w:pPr>
        <w:pStyle w:val="BodyText"/>
      </w:pPr>
      <w:r>
        <w:lastRenderedPageBreak/>
        <w:t>Any disputes between sponsors, exhibitors, companies, or third-party presenters are the responsibility of the involved parties. NASOIE will not be responsible for commercial disputes, comparative product claims, or statements made by one sponsor, exhibitor, or presenter regarding another company, product, test, device, or service.</w:t>
      </w:r>
    </w:p>
    <w:p w14:paraId="2A320F4C" w14:textId="77777777" w:rsidR="0065164B" w:rsidRDefault="004A3C10">
      <w:pPr>
        <w:pStyle w:val="BodyText"/>
      </w:pPr>
      <w:r>
        <w:t>Slides, recordings, and presentation materials remain the property and responsibility of the presenting sponsor, speaker, or presenter, as applicable. NASOIE will not release sponsor or speaker slides, recordings, or materials to another company or third party unless required by law or expressly authorized by the presenter and NASOIE.</w:t>
      </w:r>
    </w:p>
    <w:p w14:paraId="5D819A7E" w14:textId="77777777" w:rsidR="0065164B" w:rsidRDefault="004A3C10">
      <w:pPr>
        <w:pStyle w:val="Heading2"/>
      </w:pPr>
      <w:r>
        <w:t>Registration and Payment</w:t>
      </w:r>
    </w:p>
    <w:p w14:paraId="5010C357" w14:textId="77777777" w:rsidR="0065164B" w:rsidRDefault="004A3C10">
      <w:pPr>
        <w:pStyle w:val="BodyText"/>
      </w:pPr>
      <w:r>
        <w:t>Sponsor and exhibitor registration may be completed by:</w:t>
      </w:r>
    </w:p>
    <w:p w14:paraId="2E22CC34" w14:textId="77777777" w:rsidR="0065164B" w:rsidRDefault="004A3C10">
      <w:pPr>
        <w:pStyle w:val="ListBullet"/>
        <w:ind w:left="0"/>
      </w:pPr>
      <w:r>
        <w:t>Preferred: Online registration and payment through the NASOIE website at www.nasoie.com</w:t>
      </w:r>
    </w:p>
    <w:p w14:paraId="0800BA70" w14:textId="77777777" w:rsidR="0065164B" w:rsidRDefault="004A3C10">
      <w:pPr>
        <w:pStyle w:val="ListBullet"/>
        <w:ind w:left="0"/>
      </w:pPr>
      <w:r>
        <w:t>Emailing info@nasoie.com to request registration assistance, an invoice, or wire transfer instructions</w:t>
      </w:r>
    </w:p>
    <w:p w14:paraId="1EFD2279" w14:textId="77777777" w:rsidR="0065164B" w:rsidRDefault="004A3C10">
      <w:pPr>
        <w:pStyle w:val="BodyText"/>
      </w:pPr>
      <w:r>
        <w:t>Sponsors and exhibitors may pay by:</w:t>
      </w:r>
    </w:p>
    <w:p w14:paraId="70202FE1" w14:textId="77777777" w:rsidR="0065164B" w:rsidRDefault="004A3C10">
      <w:pPr>
        <w:pStyle w:val="ListBullet"/>
        <w:ind w:left="0"/>
      </w:pPr>
      <w:r>
        <w:t>Online payment through the NASOIE website</w:t>
      </w:r>
    </w:p>
    <w:p w14:paraId="1DD9C639" w14:textId="77777777" w:rsidR="0065164B" w:rsidRDefault="004A3C10">
      <w:pPr>
        <w:pStyle w:val="ListBullet"/>
        <w:ind w:left="0"/>
      </w:pPr>
      <w:r>
        <w:t>Check payable to NASOIE</w:t>
      </w:r>
    </w:p>
    <w:p w14:paraId="4696395F" w14:textId="77777777" w:rsidR="0065164B" w:rsidRDefault="004A3C10">
      <w:pPr>
        <w:pStyle w:val="ListBullet"/>
        <w:ind w:left="0"/>
      </w:pPr>
      <w:r>
        <w:t>Wire transfer by request</w:t>
      </w:r>
    </w:p>
    <w:p w14:paraId="0C23C1FD" w14:textId="77777777" w:rsidR="0065164B" w:rsidRDefault="004A3C10">
      <w:pPr>
        <w:pStyle w:val="ListBullet"/>
        <w:ind w:left="0"/>
      </w:pPr>
      <w:r>
        <w:t>Invoice by request</w:t>
      </w:r>
    </w:p>
    <w:p w14:paraId="52D5BD88" w14:textId="77777777" w:rsidR="0065164B" w:rsidRDefault="004A3C10">
      <w:pPr>
        <w:pStyle w:val="BodyText"/>
      </w:pPr>
      <w:r>
        <w:t>Sponsor and exhibitor registration is not confirmed until payment has been received.</w:t>
      </w:r>
    </w:p>
    <w:p w14:paraId="6CD4F434" w14:textId="77777777" w:rsidR="0065164B" w:rsidRDefault="004A3C10">
      <w:pPr>
        <w:pStyle w:val="BodyText"/>
      </w:pPr>
      <w:r>
        <w:t>Checks may be mailed to:</w:t>
      </w:r>
    </w:p>
    <w:p w14:paraId="40A95B03" w14:textId="77777777" w:rsidR="0065164B" w:rsidRDefault="004A3C10">
      <w:pPr>
        <w:pStyle w:val="BodyText"/>
      </w:pPr>
      <w:r>
        <w:rPr>
          <w:b/>
        </w:rPr>
        <w:t>NASOIE</w:t>
      </w:r>
      <w:r>
        <w:rPr>
          <w:b/>
        </w:rPr>
        <w:br/>
      </w:r>
      <w:r>
        <w:t>c/o Shahzad Ahmad</w:t>
      </w:r>
      <w:r>
        <w:br/>
        <w:t>4465 South 900 East, Suite 200</w:t>
      </w:r>
      <w:r>
        <w:br/>
        <w:t>Salt Lake City, UT 84124</w:t>
      </w:r>
    </w:p>
    <w:p w14:paraId="3C156020" w14:textId="77777777" w:rsidR="0065164B" w:rsidRDefault="004A3C10">
      <w:pPr>
        <w:pStyle w:val="BodyText"/>
      </w:pPr>
      <w:r>
        <w:t>Wire transfer instructions and invoices may be requested by emailing info@nasoie.com.</w:t>
      </w:r>
    </w:p>
    <w:p w14:paraId="1B1583E5" w14:textId="77777777" w:rsidR="0065164B" w:rsidRDefault="004A3C10">
      <w:pPr>
        <w:pStyle w:val="Heading2"/>
      </w:pPr>
      <w:r>
        <w:t>Registration Terms</w:t>
      </w:r>
    </w:p>
    <w:p w14:paraId="23719A9F" w14:textId="77777777" w:rsidR="0065164B" w:rsidRDefault="004A3C10">
      <w:pPr>
        <w:pStyle w:val="BodyText"/>
      </w:pPr>
      <w:r>
        <w:t>All sponsor and exhibitor registrations are final, and payments are non-refundable. Sponsorships, product theater slots, and exhibit booths are reserved only after payment is received.</w:t>
      </w:r>
    </w:p>
    <w:p w14:paraId="5845829A" w14:textId="77777777" w:rsidR="0065164B" w:rsidRDefault="004A3C10">
      <w:pPr>
        <w:pStyle w:val="Heading2"/>
      </w:pPr>
      <w:r>
        <w:t>Contact</w:t>
      </w:r>
    </w:p>
    <w:p w14:paraId="7DB03AAA" w14:textId="77777777" w:rsidR="0065164B" w:rsidRDefault="004A3C10">
      <w:pPr>
        <w:pStyle w:val="BodyText"/>
      </w:pPr>
      <w:r>
        <w:t>For questions regarding sponsorship, exhibit opportunities, product theaters, registration, invoices, or payment instructions, please contact:</w:t>
      </w:r>
    </w:p>
    <w:p w14:paraId="6CC77B19" w14:textId="77777777" w:rsidR="0065164B" w:rsidRDefault="004A3C10">
      <w:pPr>
        <w:pStyle w:val="BodyText"/>
      </w:pPr>
      <w:r>
        <w:rPr>
          <w:b/>
        </w:rPr>
        <w:t>NASOIE</w:t>
      </w:r>
      <w:r>
        <w:rPr>
          <w:b/>
        </w:rPr>
        <w:br/>
      </w:r>
      <w:r>
        <w:t>info@nasoie.com</w:t>
      </w:r>
    </w:p>
    <w:p w14:paraId="3BCA6B4A" w14:textId="77777777" w:rsidR="0065164B" w:rsidRDefault="004A3C10">
      <w:pPr>
        <w:pStyle w:val="BodyText"/>
      </w:pPr>
      <w:r>
        <w:t>Thank you for supporting NASOIE 2027. We look forward to working with you in Santa Barbara.</w:t>
      </w:r>
    </w:p>
    <w:sectPr w:rsidR="0065164B"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A446" w14:textId="77777777" w:rsidR="00001EC9" w:rsidRDefault="00001EC9">
      <w:pPr>
        <w:spacing w:after="0" w:line="240" w:lineRule="auto"/>
      </w:pPr>
      <w:r>
        <w:separator/>
      </w:r>
    </w:p>
  </w:endnote>
  <w:endnote w:type="continuationSeparator" w:id="0">
    <w:p w14:paraId="01158E28" w14:textId="77777777" w:rsidR="00001EC9" w:rsidRDefault="00001E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8239" w14:textId="77777777" w:rsidR="0065164B" w:rsidRDefault="004A3C10">
    <w:pPr>
      <w:pStyle w:val="Footer"/>
      <w:jc w:val="center"/>
    </w:pPr>
    <w:r>
      <w:rPr>
        <w:color w:val="666666"/>
        <w:sz w:val="16"/>
      </w:rPr>
      <w:t>NASOIE 2027 Sponsor &amp; Exhibitor Prospectus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C6107" w14:textId="77777777" w:rsidR="00001EC9" w:rsidRDefault="00001EC9">
      <w:pPr>
        <w:spacing w:after="0" w:line="240" w:lineRule="auto"/>
      </w:pPr>
      <w:r>
        <w:separator/>
      </w:r>
    </w:p>
  </w:footnote>
  <w:footnote w:type="continuationSeparator" w:id="0">
    <w:p w14:paraId="46E7B4B5" w14:textId="77777777" w:rsidR="00001EC9" w:rsidRDefault="00001E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6837892">
    <w:abstractNumId w:val="8"/>
  </w:num>
  <w:num w:numId="2" w16cid:durableId="966156824">
    <w:abstractNumId w:val="6"/>
  </w:num>
  <w:num w:numId="3" w16cid:durableId="1890338115">
    <w:abstractNumId w:val="5"/>
  </w:num>
  <w:num w:numId="4" w16cid:durableId="571938645">
    <w:abstractNumId w:val="4"/>
  </w:num>
  <w:num w:numId="5" w16cid:durableId="1269971503">
    <w:abstractNumId w:val="7"/>
  </w:num>
  <w:num w:numId="6" w16cid:durableId="1700660831">
    <w:abstractNumId w:val="3"/>
  </w:num>
  <w:num w:numId="7" w16cid:durableId="553856682">
    <w:abstractNumId w:val="2"/>
  </w:num>
  <w:num w:numId="8" w16cid:durableId="255283541">
    <w:abstractNumId w:val="1"/>
  </w:num>
  <w:num w:numId="9" w16cid:durableId="1328627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EC9"/>
    <w:rsid w:val="00034616"/>
    <w:rsid w:val="0006063C"/>
    <w:rsid w:val="0015074B"/>
    <w:rsid w:val="0020511A"/>
    <w:rsid w:val="00213202"/>
    <w:rsid w:val="0029639D"/>
    <w:rsid w:val="002E1192"/>
    <w:rsid w:val="00326F90"/>
    <w:rsid w:val="004A3C10"/>
    <w:rsid w:val="005A4282"/>
    <w:rsid w:val="006318A1"/>
    <w:rsid w:val="0065164B"/>
    <w:rsid w:val="00656FB5"/>
    <w:rsid w:val="008A0017"/>
    <w:rsid w:val="008E2B54"/>
    <w:rsid w:val="00A136C3"/>
    <w:rsid w:val="00AA1D8D"/>
    <w:rsid w:val="00B1768D"/>
    <w:rsid w:val="00B47730"/>
    <w:rsid w:val="00B75E3F"/>
    <w:rsid w:val="00CB0664"/>
    <w:rsid w:val="00DC3E71"/>
    <w:rsid w:val="00DE4380"/>
    <w:rsid w:val="00E561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55A66"/>
  <w14:defaultImageDpi w14:val="300"/>
  <w15:docId w15:val="{5C6D1B50-7ACA-44E2-9141-1899D98B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17365D"/>
      <w:sz w:val="24"/>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color w:val="33333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44444"/>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00" w:line="252" w:lineRule="auto"/>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ind w:hanging="216"/>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1582</Words>
  <Characters>9020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NASOIE 2027 Sponsor &amp; Exhibitor Prospectus</dc:title>
  <dc:subject>Sponsor and exhibitor prospectus for NASOIE 2027 Annual Meeting</dc:subject>
  <dc:creator>NASOIE</dc:creator>
  <cp:keywords/>
  <dc:description>generated by python-docx</dc:description>
  <cp:lastModifiedBy>Iram Hussain</cp:lastModifiedBy>
  <cp:revision>3</cp:revision>
  <dcterms:created xsi:type="dcterms:W3CDTF">2026-08-05T04:18:00Z</dcterms:created>
  <dcterms:modified xsi:type="dcterms:W3CDTF">2026-08-16T05:38:00Z</dcterms:modified>
  <cp:category/>
</cp:coreProperties>
</file>